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63B" w:rsidRPr="00295485" w:rsidRDefault="00295485">
      <w:pPr>
        <w:jc w:val="center"/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b/>
          <w:sz w:val="24"/>
          <w:szCs w:val="24"/>
        </w:rPr>
        <w:t xml:space="preserve">ДЕТСКА ГРАДИНА №183 „ЩАСТЛИВО </w:t>
      </w:r>
      <w:proofErr w:type="gramStart"/>
      <w:r w:rsidRPr="00295485">
        <w:rPr>
          <w:rFonts w:ascii="Times New Roman" w:hAnsi="Times New Roman" w:cs="Times New Roman"/>
          <w:b/>
          <w:sz w:val="24"/>
          <w:szCs w:val="24"/>
        </w:rPr>
        <w:t>ДЕТСТВО“</w:t>
      </w:r>
      <w:proofErr w:type="gramEnd"/>
    </w:p>
    <w:p w:rsidR="0050563B" w:rsidRPr="00295485" w:rsidRDefault="00295485">
      <w:pPr>
        <w:jc w:val="center"/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sz w:val="24"/>
          <w:szCs w:val="24"/>
        </w:rPr>
        <w:t>гр. София, район „Слатина“, ул. „Галилео Галилей“ №30</w:t>
      </w:r>
      <w:r w:rsidRPr="00295485">
        <w:rPr>
          <w:rFonts w:ascii="Times New Roman" w:hAnsi="Times New Roman" w:cs="Times New Roman"/>
          <w:sz w:val="24"/>
          <w:szCs w:val="24"/>
        </w:rPr>
        <w:br/>
        <w:t>тел. 02/870 61 37 • e-mail: dg183@mail.bg</w:t>
      </w:r>
    </w:p>
    <w:p w:rsidR="0050563B" w:rsidRPr="00295485" w:rsidRDefault="00295485">
      <w:pPr>
        <w:jc w:val="center"/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b/>
          <w:sz w:val="24"/>
          <w:szCs w:val="24"/>
        </w:rPr>
        <w:t>ЗАЯВЛЕНИЕ</w:t>
      </w:r>
      <w:r w:rsidRPr="00295485">
        <w:rPr>
          <w:rFonts w:ascii="Times New Roman" w:hAnsi="Times New Roman" w:cs="Times New Roman"/>
          <w:b/>
          <w:sz w:val="24"/>
          <w:szCs w:val="24"/>
        </w:rPr>
        <w:br/>
        <w:t>за допускане на прием след 08:30 ч. по изключение</w:t>
      </w:r>
    </w:p>
    <w:p w:rsidR="0050563B" w:rsidRPr="00295485" w:rsidRDefault="00295485">
      <w:pPr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b/>
          <w:sz w:val="24"/>
          <w:szCs w:val="24"/>
        </w:rPr>
        <w:t xml:space="preserve">ДО ДИРЕКТОРА НА ДГ №183 „ЩАСТЛИВО </w:t>
      </w:r>
      <w:proofErr w:type="gramStart"/>
      <w:r w:rsidRPr="00295485">
        <w:rPr>
          <w:rFonts w:ascii="Times New Roman" w:hAnsi="Times New Roman" w:cs="Times New Roman"/>
          <w:b/>
          <w:sz w:val="24"/>
          <w:szCs w:val="24"/>
        </w:rPr>
        <w:t>ДЕТСТВО“</w:t>
      </w:r>
      <w:proofErr w:type="gramEnd"/>
    </w:p>
    <w:p w:rsidR="0050563B" w:rsidRPr="00295485" w:rsidRDefault="00295485">
      <w:pPr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b/>
          <w:sz w:val="24"/>
          <w:szCs w:val="24"/>
        </w:rPr>
        <w:t xml:space="preserve">От: </w:t>
      </w:r>
      <w:r w:rsidRPr="00295485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50563B" w:rsidRPr="00295485" w:rsidRDefault="00295485">
      <w:pPr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b/>
          <w:sz w:val="24"/>
          <w:szCs w:val="24"/>
        </w:rPr>
        <w:t xml:space="preserve">родител/настойник/попечител на: </w:t>
      </w:r>
      <w:r w:rsidRPr="0029548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50563B" w:rsidRPr="00295485" w:rsidRDefault="00295485">
      <w:pPr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b/>
          <w:sz w:val="24"/>
          <w:szCs w:val="24"/>
        </w:rPr>
        <w:t xml:space="preserve">група: </w:t>
      </w:r>
      <w:r w:rsidRPr="00295485">
        <w:rPr>
          <w:rFonts w:ascii="Times New Roman" w:hAnsi="Times New Roman" w:cs="Times New Roman"/>
          <w:sz w:val="24"/>
          <w:szCs w:val="24"/>
        </w:rPr>
        <w:t>____________________</w:t>
      </w:r>
    </w:p>
    <w:p w:rsidR="0050563B" w:rsidRPr="00295485" w:rsidRDefault="00295485">
      <w:pPr>
        <w:jc w:val="both"/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sz w:val="24"/>
          <w:szCs w:val="24"/>
        </w:rPr>
        <w:t>Моля детето ми да бъде прието след установения час за сутрешен прием – 08:30 ч., по изключение, поради следната обективна причина: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5100"/>
      </w:tblGrid>
      <w:tr w:rsidR="0050563B" w:rsidRPr="00295485">
        <w:trPr>
          <w:jc w:val="center"/>
        </w:trPr>
        <w:tc>
          <w:tcPr>
            <w:tcW w:w="567" w:type="dxa"/>
            <w:vAlign w:val="center"/>
          </w:tcPr>
          <w:p w:rsidR="0050563B" w:rsidRPr="00295485" w:rsidRDefault="00295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vAlign w:val="center"/>
          </w:tcPr>
          <w:p w:rsidR="0050563B" w:rsidRPr="00295485" w:rsidRDefault="00295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Times New Roman" w:hAnsi="Times New Roman" w:cs="Times New Roman"/>
                <w:sz w:val="24"/>
                <w:szCs w:val="24"/>
              </w:rPr>
              <w:t>медицински или дентален преглед;</w:t>
            </w:r>
          </w:p>
        </w:tc>
      </w:tr>
      <w:tr w:rsidR="0050563B" w:rsidRPr="00295485">
        <w:trPr>
          <w:jc w:val="center"/>
        </w:trPr>
        <w:tc>
          <w:tcPr>
            <w:tcW w:w="567" w:type="dxa"/>
            <w:vAlign w:val="center"/>
          </w:tcPr>
          <w:p w:rsidR="0050563B" w:rsidRPr="00295485" w:rsidRDefault="00295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vAlign w:val="center"/>
          </w:tcPr>
          <w:p w:rsidR="0050563B" w:rsidRPr="00295485" w:rsidRDefault="00295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Times New Roman" w:hAnsi="Times New Roman" w:cs="Times New Roman"/>
                <w:sz w:val="24"/>
                <w:szCs w:val="24"/>
              </w:rPr>
              <w:t>медицинско изследване или консултация;</w:t>
            </w:r>
          </w:p>
        </w:tc>
      </w:tr>
      <w:tr w:rsidR="0050563B" w:rsidRPr="00295485">
        <w:trPr>
          <w:jc w:val="center"/>
        </w:trPr>
        <w:tc>
          <w:tcPr>
            <w:tcW w:w="567" w:type="dxa"/>
            <w:vAlign w:val="center"/>
          </w:tcPr>
          <w:p w:rsidR="0050563B" w:rsidRPr="00295485" w:rsidRDefault="00295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vAlign w:val="center"/>
          </w:tcPr>
          <w:p w:rsidR="0050563B" w:rsidRPr="00295485" w:rsidRDefault="00295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Times New Roman" w:hAnsi="Times New Roman" w:cs="Times New Roman"/>
                <w:sz w:val="24"/>
                <w:szCs w:val="24"/>
              </w:rPr>
              <w:t>посещение при логопед, психолог, рехабилитатор, терапевт или друг специалист;</w:t>
            </w:r>
          </w:p>
        </w:tc>
      </w:tr>
      <w:tr w:rsidR="0050563B" w:rsidRPr="00295485">
        <w:trPr>
          <w:jc w:val="center"/>
        </w:trPr>
        <w:tc>
          <w:tcPr>
            <w:tcW w:w="567" w:type="dxa"/>
            <w:vAlign w:val="center"/>
          </w:tcPr>
          <w:p w:rsidR="0050563B" w:rsidRPr="00295485" w:rsidRDefault="00295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vAlign w:val="center"/>
          </w:tcPr>
          <w:p w:rsidR="0050563B" w:rsidRPr="00295485" w:rsidRDefault="00295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Times New Roman" w:hAnsi="Times New Roman" w:cs="Times New Roman"/>
                <w:sz w:val="24"/>
                <w:szCs w:val="24"/>
              </w:rPr>
              <w:t>възникнало извънредно и непредвидимо семейно обстоятелство;</w:t>
            </w:r>
          </w:p>
        </w:tc>
      </w:tr>
      <w:tr w:rsidR="0050563B" w:rsidRPr="00295485">
        <w:trPr>
          <w:jc w:val="center"/>
        </w:trPr>
        <w:tc>
          <w:tcPr>
            <w:tcW w:w="567" w:type="dxa"/>
            <w:vAlign w:val="center"/>
          </w:tcPr>
          <w:p w:rsidR="0050563B" w:rsidRPr="00295485" w:rsidRDefault="00295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vAlign w:val="center"/>
          </w:tcPr>
          <w:p w:rsidR="0050563B" w:rsidRPr="00295485" w:rsidRDefault="00295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Times New Roman" w:hAnsi="Times New Roman" w:cs="Times New Roman"/>
                <w:sz w:val="24"/>
                <w:szCs w:val="24"/>
              </w:rPr>
              <w:t>друг изключителен случай, предварително съгласуван с директора.</w:t>
            </w:r>
          </w:p>
        </w:tc>
      </w:tr>
    </w:tbl>
    <w:p w:rsidR="0050563B" w:rsidRPr="00295485" w:rsidRDefault="00295485">
      <w:pPr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b/>
          <w:sz w:val="24"/>
          <w:szCs w:val="24"/>
        </w:rPr>
        <w:t xml:space="preserve">Дата/период: </w:t>
      </w:r>
      <w:r w:rsidRPr="00295485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50563B" w:rsidRPr="00295485" w:rsidRDefault="00295485">
      <w:pPr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b/>
          <w:sz w:val="24"/>
          <w:szCs w:val="24"/>
        </w:rPr>
        <w:t xml:space="preserve">Ориентировъчен час на пристигане: </w:t>
      </w:r>
      <w:r w:rsidRPr="00295485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0563B" w:rsidRPr="00295485" w:rsidRDefault="00295485">
      <w:pPr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b/>
          <w:sz w:val="24"/>
          <w:szCs w:val="24"/>
        </w:rPr>
        <w:t xml:space="preserve">Кратка организационна информация: </w:t>
      </w:r>
      <w:r w:rsidRPr="00295485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0563B" w:rsidRPr="00295485" w:rsidRDefault="00295485">
      <w:pPr>
        <w:jc w:val="both"/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sz w:val="24"/>
          <w:szCs w:val="24"/>
        </w:rPr>
        <w:t>При регулярно по-късно пристигане поради посещение при специалист се представя подходящ документ, удостоверяващ периода и необходимата организационна информация, без диагноза или ненужни здравни данни.</w:t>
      </w:r>
    </w:p>
    <w:p w:rsidR="0050563B" w:rsidRPr="00295485" w:rsidRDefault="00295485">
      <w:pPr>
        <w:jc w:val="both"/>
        <w:rPr>
          <w:rFonts w:ascii="Times New Roman" w:hAnsi="Times New Roman" w:cs="Times New Roman"/>
          <w:sz w:val="24"/>
          <w:szCs w:val="24"/>
        </w:rPr>
      </w:pPr>
      <w:r w:rsidRPr="00295485">
        <w:rPr>
          <w:rFonts w:ascii="Times New Roman" w:hAnsi="Times New Roman" w:cs="Times New Roman"/>
          <w:sz w:val="24"/>
          <w:szCs w:val="24"/>
        </w:rPr>
        <w:t>Запознат/а съм, че приемането след 08:30 ч. е изключение и настоящото заявление не представлява разрешение за системно по-къс</w:t>
      </w:r>
      <w:r w:rsidR="006039D1">
        <w:rPr>
          <w:rFonts w:ascii="Times New Roman" w:hAnsi="Times New Roman" w:cs="Times New Roman"/>
          <w:sz w:val="24"/>
          <w:szCs w:val="24"/>
        </w:rPr>
        <w:t xml:space="preserve">но водене. </w:t>
      </w:r>
      <w:bookmarkStart w:id="0" w:name="_GoBack"/>
      <w:bookmarkEnd w:id="0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50563B" w:rsidRPr="00295485">
        <w:trPr>
          <w:jc w:val="center"/>
        </w:trPr>
        <w:tc>
          <w:tcPr>
            <w:tcW w:w="5100" w:type="dxa"/>
          </w:tcPr>
          <w:p w:rsidR="0050563B" w:rsidRPr="00295485" w:rsidRDefault="00295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</w:p>
        </w:tc>
        <w:tc>
          <w:tcPr>
            <w:tcW w:w="5100" w:type="dxa"/>
          </w:tcPr>
          <w:p w:rsidR="0050563B" w:rsidRPr="00295485" w:rsidRDefault="00295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Times New Roman" w:hAnsi="Times New Roman" w:cs="Times New Roman"/>
                <w:sz w:val="24"/>
                <w:szCs w:val="24"/>
              </w:rPr>
              <w:t>Подпис на родителя:</w:t>
            </w:r>
          </w:p>
        </w:tc>
      </w:tr>
      <w:tr w:rsidR="0050563B" w:rsidRPr="00295485">
        <w:trPr>
          <w:jc w:val="center"/>
        </w:trPr>
        <w:tc>
          <w:tcPr>
            <w:tcW w:w="5100" w:type="dxa"/>
          </w:tcPr>
          <w:p w:rsidR="0050563B" w:rsidRPr="00295485" w:rsidRDefault="00295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100" w:type="dxa"/>
          </w:tcPr>
          <w:p w:rsidR="0050563B" w:rsidRPr="00295485" w:rsidRDefault="00295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8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50563B" w:rsidRPr="00295485" w:rsidRDefault="0050563B" w:rsidP="00A95FDC">
      <w:pPr>
        <w:rPr>
          <w:rFonts w:ascii="Times New Roman" w:hAnsi="Times New Roman" w:cs="Times New Roman"/>
          <w:sz w:val="24"/>
          <w:szCs w:val="24"/>
        </w:rPr>
      </w:pPr>
    </w:p>
    <w:sectPr w:rsidR="0050563B" w:rsidRPr="00295485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5485"/>
    <w:rsid w:val="0029639D"/>
    <w:rsid w:val="00326F90"/>
    <w:rsid w:val="0050563B"/>
    <w:rsid w:val="006039D1"/>
    <w:rsid w:val="00A95FD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1443E"/>
  <w14:defaultImageDpi w14:val="300"/>
  <w15:docId w15:val="{013AE061-71F6-42A1-BB43-323A67BD4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1F9B8C-1356-4345-80BC-AF3A43C6E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Maya Basheva</cp:lastModifiedBy>
  <cp:revision>6</cp:revision>
  <dcterms:created xsi:type="dcterms:W3CDTF">2013-12-23T23:15:00Z</dcterms:created>
  <dcterms:modified xsi:type="dcterms:W3CDTF">2026-10-08T18:40:00Z</dcterms:modified>
  <cp:category/>
</cp:coreProperties>
</file>