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377" w:rsidRPr="00BD6A95" w:rsidRDefault="00455108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BD6A95">
        <w:rPr>
          <w:rFonts w:ascii="Times New Roman" w:hAnsi="Times New Roman" w:cs="Times New Roman"/>
          <w:b/>
          <w:sz w:val="24"/>
          <w:szCs w:val="24"/>
        </w:rPr>
        <w:t xml:space="preserve">ДЕТСКА ГРАДИНА №183 „ЩАСТЛИВО </w:t>
      </w:r>
      <w:proofErr w:type="gramStart"/>
      <w:r w:rsidRPr="00BD6A95">
        <w:rPr>
          <w:rFonts w:ascii="Times New Roman" w:hAnsi="Times New Roman" w:cs="Times New Roman"/>
          <w:b/>
          <w:sz w:val="24"/>
          <w:szCs w:val="24"/>
        </w:rPr>
        <w:t>ДЕТСТВО“</w:t>
      </w:r>
      <w:proofErr w:type="gramEnd"/>
    </w:p>
    <w:p w:rsidR="00656377" w:rsidRPr="00BD6A95" w:rsidRDefault="00455108">
      <w:pPr>
        <w:jc w:val="center"/>
        <w:rPr>
          <w:rFonts w:ascii="Times New Roman" w:hAnsi="Times New Roman" w:cs="Times New Roman"/>
          <w:sz w:val="24"/>
          <w:szCs w:val="24"/>
        </w:rPr>
      </w:pPr>
      <w:r w:rsidRPr="00BD6A95">
        <w:rPr>
          <w:rFonts w:ascii="Times New Roman" w:hAnsi="Times New Roman" w:cs="Times New Roman"/>
          <w:sz w:val="24"/>
          <w:szCs w:val="24"/>
        </w:rPr>
        <w:t>гр. София, район „Слатина“, ул. „Галилео Галилей“ №30</w:t>
      </w:r>
      <w:r w:rsidRPr="00BD6A95">
        <w:rPr>
          <w:rFonts w:ascii="Times New Roman" w:hAnsi="Times New Roman" w:cs="Times New Roman"/>
          <w:sz w:val="24"/>
          <w:szCs w:val="24"/>
        </w:rPr>
        <w:br/>
        <w:t>тел. 02/870 61 37 • e-mail: dg183@mail.bg</w:t>
      </w:r>
    </w:p>
    <w:p w:rsidR="00656377" w:rsidRPr="00BD6A95" w:rsidRDefault="00455108">
      <w:pPr>
        <w:jc w:val="center"/>
        <w:rPr>
          <w:rFonts w:ascii="Times New Roman" w:hAnsi="Times New Roman" w:cs="Times New Roman"/>
          <w:sz w:val="24"/>
          <w:szCs w:val="24"/>
        </w:rPr>
      </w:pPr>
      <w:r w:rsidRPr="00BD6A95">
        <w:rPr>
          <w:rFonts w:ascii="Times New Roman" w:hAnsi="Times New Roman" w:cs="Times New Roman"/>
          <w:b/>
          <w:sz w:val="24"/>
          <w:szCs w:val="24"/>
        </w:rPr>
        <w:t>УВЕДОМЛЕНИЕ</w:t>
      </w:r>
      <w:r w:rsidRPr="00BD6A95">
        <w:rPr>
          <w:rFonts w:ascii="Times New Roman" w:hAnsi="Times New Roman" w:cs="Times New Roman"/>
          <w:b/>
          <w:sz w:val="24"/>
          <w:szCs w:val="24"/>
        </w:rPr>
        <w:br/>
        <w:t>за промяна на лицата, на които може да бъде издавано детето</w:t>
      </w:r>
    </w:p>
    <w:p w:rsidR="00656377" w:rsidRPr="00BD6A95" w:rsidRDefault="00455108">
      <w:pPr>
        <w:rPr>
          <w:rFonts w:ascii="Times New Roman" w:hAnsi="Times New Roman" w:cs="Times New Roman"/>
          <w:sz w:val="24"/>
          <w:szCs w:val="24"/>
        </w:rPr>
      </w:pPr>
      <w:r w:rsidRPr="00BD6A95">
        <w:rPr>
          <w:rFonts w:ascii="Times New Roman" w:hAnsi="Times New Roman" w:cs="Times New Roman"/>
          <w:b/>
          <w:sz w:val="24"/>
          <w:szCs w:val="24"/>
        </w:rPr>
        <w:t xml:space="preserve">ДО ДИРЕКТОРА НА ДГ №183 „ЩАСТЛИВО </w:t>
      </w:r>
      <w:proofErr w:type="gramStart"/>
      <w:r w:rsidRPr="00BD6A95">
        <w:rPr>
          <w:rFonts w:ascii="Times New Roman" w:hAnsi="Times New Roman" w:cs="Times New Roman"/>
          <w:b/>
          <w:sz w:val="24"/>
          <w:szCs w:val="24"/>
        </w:rPr>
        <w:t>ДЕТСТВО“</w:t>
      </w:r>
      <w:proofErr w:type="gramEnd"/>
    </w:p>
    <w:p w:rsidR="00656377" w:rsidRPr="00BD6A95" w:rsidRDefault="00455108">
      <w:pPr>
        <w:rPr>
          <w:rFonts w:ascii="Times New Roman" w:hAnsi="Times New Roman" w:cs="Times New Roman"/>
          <w:sz w:val="24"/>
          <w:szCs w:val="24"/>
        </w:rPr>
      </w:pPr>
      <w:r w:rsidRPr="00BD6A95">
        <w:rPr>
          <w:rFonts w:ascii="Times New Roman" w:hAnsi="Times New Roman" w:cs="Times New Roman"/>
          <w:b/>
          <w:sz w:val="24"/>
          <w:szCs w:val="24"/>
        </w:rPr>
        <w:t xml:space="preserve">От: </w:t>
      </w:r>
      <w:r w:rsidRPr="00BD6A95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656377" w:rsidRPr="00BD6A95" w:rsidRDefault="00455108">
      <w:pPr>
        <w:rPr>
          <w:rFonts w:ascii="Times New Roman" w:hAnsi="Times New Roman" w:cs="Times New Roman"/>
          <w:sz w:val="24"/>
          <w:szCs w:val="24"/>
        </w:rPr>
      </w:pPr>
      <w:r w:rsidRPr="00BD6A95">
        <w:rPr>
          <w:rFonts w:ascii="Times New Roman" w:hAnsi="Times New Roman" w:cs="Times New Roman"/>
          <w:b/>
          <w:sz w:val="24"/>
          <w:szCs w:val="24"/>
        </w:rPr>
        <w:t xml:space="preserve">родител/настойник/попечител на: </w:t>
      </w:r>
      <w:r w:rsidRPr="00BD6A95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656377" w:rsidRPr="00BD6A95" w:rsidRDefault="00455108">
      <w:pPr>
        <w:rPr>
          <w:rFonts w:ascii="Times New Roman" w:hAnsi="Times New Roman" w:cs="Times New Roman"/>
          <w:sz w:val="24"/>
          <w:szCs w:val="24"/>
        </w:rPr>
      </w:pPr>
      <w:r w:rsidRPr="00BD6A95">
        <w:rPr>
          <w:rFonts w:ascii="Times New Roman" w:hAnsi="Times New Roman" w:cs="Times New Roman"/>
          <w:b/>
          <w:sz w:val="24"/>
          <w:szCs w:val="24"/>
        </w:rPr>
        <w:t xml:space="preserve">група: </w:t>
      </w:r>
      <w:r w:rsidRPr="00BD6A95">
        <w:rPr>
          <w:rFonts w:ascii="Times New Roman" w:hAnsi="Times New Roman" w:cs="Times New Roman"/>
          <w:sz w:val="24"/>
          <w:szCs w:val="24"/>
        </w:rPr>
        <w:t>____________________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2550"/>
        <w:gridCol w:w="2550"/>
        <w:gridCol w:w="2550"/>
        <w:gridCol w:w="2550"/>
      </w:tblGrid>
      <w:tr w:rsidR="00656377" w:rsidRPr="00BD6A95">
        <w:trPr>
          <w:jc w:val="center"/>
        </w:trPr>
        <w:tc>
          <w:tcPr>
            <w:tcW w:w="567" w:type="dxa"/>
            <w:gridSpan w:val="2"/>
            <w:vAlign w:val="center"/>
          </w:tcPr>
          <w:p w:rsidR="00656377" w:rsidRPr="00BD6A95" w:rsidRDefault="00455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A9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5100" w:type="dxa"/>
            <w:gridSpan w:val="2"/>
            <w:vAlign w:val="center"/>
          </w:tcPr>
          <w:p w:rsidR="00656377" w:rsidRPr="00BD6A95" w:rsidRDefault="0045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95">
              <w:rPr>
                <w:rFonts w:ascii="Times New Roman" w:hAnsi="Times New Roman" w:cs="Times New Roman"/>
                <w:sz w:val="24"/>
                <w:szCs w:val="24"/>
              </w:rPr>
              <w:t>Добавям следното пълнолетно лице/лица.</w:t>
            </w:r>
          </w:p>
        </w:tc>
      </w:tr>
      <w:tr w:rsidR="00656377" w:rsidRPr="00BD6A95">
        <w:trPr>
          <w:jc w:val="center"/>
        </w:trPr>
        <w:tc>
          <w:tcPr>
            <w:tcW w:w="567" w:type="dxa"/>
            <w:gridSpan w:val="2"/>
            <w:vAlign w:val="center"/>
          </w:tcPr>
          <w:p w:rsidR="00656377" w:rsidRPr="00BD6A95" w:rsidRDefault="00455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A9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5100" w:type="dxa"/>
            <w:gridSpan w:val="2"/>
            <w:vAlign w:val="center"/>
          </w:tcPr>
          <w:p w:rsidR="00656377" w:rsidRPr="00BD6A95" w:rsidRDefault="0045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95">
              <w:rPr>
                <w:rFonts w:ascii="Times New Roman" w:hAnsi="Times New Roman" w:cs="Times New Roman"/>
                <w:sz w:val="24"/>
                <w:szCs w:val="24"/>
              </w:rPr>
              <w:t>Оттеглям разрешението за следното лице/лица.</w:t>
            </w:r>
          </w:p>
        </w:tc>
      </w:tr>
      <w:tr w:rsidR="00656377" w:rsidRPr="00BD6A95">
        <w:trPr>
          <w:jc w:val="center"/>
        </w:trPr>
        <w:tc>
          <w:tcPr>
            <w:tcW w:w="567" w:type="dxa"/>
            <w:gridSpan w:val="2"/>
            <w:vAlign w:val="center"/>
          </w:tcPr>
          <w:p w:rsidR="00656377" w:rsidRPr="00BD6A95" w:rsidRDefault="004551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A9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5100" w:type="dxa"/>
            <w:gridSpan w:val="2"/>
            <w:vAlign w:val="center"/>
          </w:tcPr>
          <w:p w:rsidR="00656377" w:rsidRPr="00BD6A95" w:rsidRDefault="0045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95">
              <w:rPr>
                <w:rFonts w:ascii="Times New Roman" w:hAnsi="Times New Roman" w:cs="Times New Roman"/>
                <w:sz w:val="24"/>
                <w:szCs w:val="24"/>
              </w:rPr>
              <w:t>Заменям и</w:t>
            </w:r>
            <w:r w:rsidRPr="00BD6A95">
              <w:rPr>
                <w:rFonts w:ascii="Times New Roman" w:hAnsi="Times New Roman" w:cs="Times New Roman"/>
                <w:sz w:val="24"/>
                <w:szCs w:val="24"/>
              </w:rPr>
              <w:t>зцяло предходния списък с посочените по-долу лица.</w:t>
            </w:r>
          </w:p>
        </w:tc>
      </w:tr>
      <w:tr w:rsidR="00656377" w:rsidRPr="00BD6A95">
        <w:trPr>
          <w:jc w:val="center"/>
        </w:trPr>
        <w:tc>
          <w:tcPr>
            <w:tcW w:w="2550" w:type="dxa"/>
          </w:tcPr>
          <w:p w:rsidR="00656377" w:rsidRPr="00BD6A95" w:rsidRDefault="0045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9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0" w:type="dxa"/>
          </w:tcPr>
          <w:p w:rsidR="00656377" w:rsidRPr="00BD6A95" w:rsidRDefault="0045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95">
              <w:rPr>
                <w:rFonts w:ascii="Times New Roman" w:hAnsi="Times New Roman" w:cs="Times New Roman"/>
                <w:b/>
                <w:sz w:val="24"/>
                <w:szCs w:val="24"/>
              </w:rPr>
              <w:t>Три имена</w:t>
            </w:r>
          </w:p>
        </w:tc>
        <w:tc>
          <w:tcPr>
            <w:tcW w:w="2550" w:type="dxa"/>
          </w:tcPr>
          <w:p w:rsidR="00656377" w:rsidRPr="00BD6A95" w:rsidRDefault="0045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95">
              <w:rPr>
                <w:rFonts w:ascii="Times New Roman" w:hAnsi="Times New Roman" w:cs="Times New Roman"/>
                <w:b/>
                <w:sz w:val="24"/>
                <w:szCs w:val="24"/>
              </w:rPr>
              <w:t>Връзка с детето</w:t>
            </w:r>
          </w:p>
        </w:tc>
        <w:tc>
          <w:tcPr>
            <w:tcW w:w="2550" w:type="dxa"/>
          </w:tcPr>
          <w:p w:rsidR="00656377" w:rsidRPr="00BD6A95" w:rsidRDefault="0045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95">
              <w:rPr>
                <w:rFonts w:ascii="Times New Roman" w:hAnsi="Times New Roman" w:cs="Times New Roman"/>
                <w:b/>
                <w:sz w:val="24"/>
                <w:szCs w:val="24"/>
              </w:rPr>
              <w:t>Телефон</w:t>
            </w:r>
          </w:p>
        </w:tc>
      </w:tr>
      <w:tr w:rsidR="00656377" w:rsidRPr="00BD6A95">
        <w:trPr>
          <w:jc w:val="center"/>
        </w:trPr>
        <w:tc>
          <w:tcPr>
            <w:tcW w:w="2550" w:type="dxa"/>
          </w:tcPr>
          <w:p w:rsidR="00656377" w:rsidRPr="00BD6A95" w:rsidRDefault="0045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0" w:type="dxa"/>
          </w:tcPr>
          <w:p w:rsidR="00656377" w:rsidRPr="00BD6A95" w:rsidRDefault="0045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9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50" w:type="dxa"/>
          </w:tcPr>
          <w:p w:rsidR="00656377" w:rsidRPr="00BD6A95" w:rsidRDefault="0045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9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50" w:type="dxa"/>
          </w:tcPr>
          <w:p w:rsidR="00656377" w:rsidRPr="00BD6A95" w:rsidRDefault="0045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9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656377" w:rsidRPr="00BD6A95">
        <w:trPr>
          <w:jc w:val="center"/>
        </w:trPr>
        <w:tc>
          <w:tcPr>
            <w:tcW w:w="2550" w:type="dxa"/>
          </w:tcPr>
          <w:p w:rsidR="00656377" w:rsidRPr="00BD6A95" w:rsidRDefault="0045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0" w:type="dxa"/>
          </w:tcPr>
          <w:p w:rsidR="00656377" w:rsidRPr="00BD6A95" w:rsidRDefault="0045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9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50" w:type="dxa"/>
          </w:tcPr>
          <w:p w:rsidR="00656377" w:rsidRPr="00BD6A95" w:rsidRDefault="0045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9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50" w:type="dxa"/>
          </w:tcPr>
          <w:p w:rsidR="00656377" w:rsidRPr="00BD6A95" w:rsidRDefault="0045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9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656377" w:rsidRPr="00BD6A95">
        <w:trPr>
          <w:jc w:val="center"/>
        </w:trPr>
        <w:tc>
          <w:tcPr>
            <w:tcW w:w="2550" w:type="dxa"/>
          </w:tcPr>
          <w:p w:rsidR="00656377" w:rsidRPr="00BD6A95" w:rsidRDefault="0045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0" w:type="dxa"/>
          </w:tcPr>
          <w:p w:rsidR="00656377" w:rsidRPr="00BD6A95" w:rsidRDefault="0045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9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50" w:type="dxa"/>
          </w:tcPr>
          <w:p w:rsidR="00656377" w:rsidRPr="00BD6A95" w:rsidRDefault="0045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9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50" w:type="dxa"/>
          </w:tcPr>
          <w:p w:rsidR="00656377" w:rsidRPr="00BD6A95" w:rsidRDefault="0045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9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656377" w:rsidRPr="00BD6A95">
        <w:trPr>
          <w:jc w:val="center"/>
        </w:trPr>
        <w:tc>
          <w:tcPr>
            <w:tcW w:w="2550" w:type="dxa"/>
          </w:tcPr>
          <w:p w:rsidR="00656377" w:rsidRPr="00BD6A95" w:rsidRDefault="0045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0" w:type="dxa"/>
          </w:tcPr>
          <w:p w:rsidR="00656377" w:rsidRPr="00BD6A95" w:rsidRDefault="0045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9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50" w:type="dxa"/>
          </w:tcPr>
          <w:p w:rsidR="00656377" w:rsidRPr="00BD6A95" w:rsidRDefault="0045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9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50" w:type="dxa"/>
          </w:tcPr>
          <w:p w:rsidR="00656377" w:rsidRPr="00BD6A95" w:rsidRDefault="0045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9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656377" w:rsidRPr="00BD6A95" w:rsidRDefault="00455108">
      <w:pPr>
        <w:jc w:val="both"/>
        <w:rPr>
          <w:rFonts w:ascii="Times New Roman" w:hAnsi="Times New Roman" w:cs="Times New Roman"/>
          <w:sz w:val="24"/>
          <w:szCs w:val="24"/>
        </w:rPr>
      </w:pPr>
      <w:r w:rsidRPr="00BD6A95">
        <w:rPr>
          <w:rFonts w:ascii="Times New Roman" w:hAnsi="Times New Roman" w:cs="Times New Roman"/>
          <w:sz w:val="24"/>
          <w:szCs w:val="24"/>
        </w:rPr>
        <w:t xml:space="preserve">Декларирам, че лицата, които добавям като лица за вземане на детето, са пълнолетни. Промяната се прилага след получаването и </w:t>
      </w:r>
      <w:r w:rsidRPr="00BD6A95">
        <w:rPr>
          <w:rFonts w:ascii="Times New Roman" w:hAnsi="Times New Roman" w:cs="Times New Roman"/>
          <w:sz w:val="24"/>
          <w:szCs w:val="24"/>
        </w:rPr>
        <w:t>отразяването ѝ от детската градина.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656377" w:rsidRPr="00BD6A95">
        <w:trPr>
          <w:jc w:val="center"/>
        </w:trPr>
        <w:tc>
          <w:tcPr>
            <w:tcW w:w="5100" w:type="dxa"/>
          </w:tcPr>
          <w:p w:rsidR="00656377" w:rsidRPr="00BD6A95" w:rsidRDefault="0045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95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</w:p>
        </w:tc>
        <w:tc>
          <w:tcPr>
            <w:tcW w:w="5100" w:type="dxa"/>
          </w:tcPr>
          <w:p w:rsidR="00656377" w:rsidRPr="00BD6A95" w:rsidRDefault="0045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95">
              <w:rPr>
                <w:rFonts w:ascii="Times New Roman" w:hAnsi="Times New Roman" w:cs="Times New Roman"/>
                <w:sz w:val="24"/>
                <w:szCs w:val="24"/>
              </w:rPr>
              <w:t>Подпис на родителя:</w:t>
            </w:r>
          </w:p>
        </w:tc>
      </w:tr>
      <w:tr w:rsidR="00656377" w:rsidRPr="00BD6A95">
        <w:trPr>
          <w:jc w:val="center"/>
        </w:trPr>
        <w:tc>
          <w:tcPr>
            <w:tcW w:w="5100" w:type="dxa"/>
          </w:tcPr>
          <w:p w:rsidR="00656377" w:rsidRPr="00BD6A95" w:rsidRDefault="0045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9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100" w:type="dxa"/>
          </w:tcPr>
          <w:p w:rsidR="00656377" w:rsidRPr="00BD6A95" w:rsidRDefault="00455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A9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bookmarkEnd w:id="0"/>
    </w:tbl>
    <w:p w:rsidR="00455108" w:rsidRPr="00BD6A95" w:rsidRDefault="00455108">
      <w:pPr>
        <w:rPr>
          <w:rFonts w:ascii="Times New Roman" w:hAnsi="Times New Roman" w:cs="Times New Roman"/>
          <w:sz w:val="24"/>
          <w:szCs w:val="24"/>
        </w:rPr>
      </w:pPr>
    </w:p>
    <w:sectPr w:rsidR="00455108" w:rsidRPr="00BD6A95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55108"/>
    <w:rsid w:val="00656377"/>
    <w:rsid w:val="00AA1D8D"/>
    <w:rsid w:val="00B47730"/>
    <w:rsid w:val="00BD6A9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D38B3940-CB56-4173-ABA3-4E107AE39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/>
    </w:pPr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274FD7E-4EB9-46DA-9595-E47EC3442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МАЯ</cp:lastModifiedBy>
  <cp:revision>2</cp:revision>
  <dcterms:created xsi:type="dcterms:W3CDTF">2013-12-23T23:15:00Z</dcterms:created>
  <dcterms:modified xsi:type="dcterms:W3CDTF">2026-10-07T13:11:00Z</dcterms:modified>
  <cp:category/>
</cp:coreProperties>
</file>