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2DD" w:rsidRPr="00EA4F54" w:rsidRDefault="00E268FE">
      <w:pPr>
        <w:jc w:val="center"/>
        <w:rPr>
          <w:rFonts w:ascii="Times New Roman" w:hAnsi="Times New Roman" w:cs="Times New Roman"/>
          <w:sz w:val="24"/>
          <w:szCs w:val="24"/>
        </w:rPr>
      </w:pPr>
      <w:r w:rsidRPr="00EA4F54">
        <w:rPr>
          <w:rFonts w:ascii="Times New Roman" w:hAnsi="Times New Roman" w:cs="Times New Roman"/>
          <w:b/>
          <w:sz w:val="24"/>
          <w:szCs w:val="24"/>
        </w:rPr>
        <w:t xml:space="preserve">ДЕТСКА ГРАДИНА №183 „ЩАСТЛИВО </w:t>
      </w:r>
      <w:proofErr w:type="gramStart"/>
      <w:r w:rsidRPr="00EA4F54">
        <w:rPr>
          <w:rFonts w:ascii="Times New Roman" w:hAnsi="Times New Roman" w:cs="Times New Roman"/>
          <w:b/>
          <w:sz w:val="24"/>
          <w:szCs w:val="24"/>
        </w:rPr>
        <w:t>ДЕТСТВО“</w:t>
      </w:r>
      <w:proofErr w:type="gramEnd"/>
    </w:p>
    <w:p w:rsidR="007E52DD" w:rsidRPr="00EA4F54" w:rsidRDefault="00E268FE">
      <w:pPr>
        <w:jc w:val="center"/>
        <w:rPr>
          <w:rFonts w:ascii="Times New Roman" w:hAnsi="Times New Roman" w:cs="Times New Roman"/>
          <w:sz w:val="24"/>
          <w:szCs w:val="24"/>
        </w:rPr>
      </w:pPr>
      <w:r w:rsidRPr="00EA4F54">
        <w:rPr>
          <w:rFonts w:ascii="Times New Roman" w:hAnsi="Times New Roman" w:cs="Times New Roman"/>
          <w:sz w:val="24"/>
          <w:szCs w:val="24"/>
        </w:rPr>
        <w:t>гр. София, район „Слатина“, ул. „Галилео Галилей“ №30</w:t>
      </w:r>
      <w:r w:rsidRPr="00EA4F54">
        <w:rPr>
          <w:rFonts w:ascii="Times New Roman" w:hAnsi="Times New Roman" w:cs="Times New Roman"/>
          <w:sz w:val="24"/>
          <w:szCs w:val="24"/>
        </w:rPr>
        <w:br/>
        <w:t>тел. 02/870 61 37 • e-mail: dg183@mail.bg</w:t>
      </w:r>
    </w:p>
    <w:p w:rsidR="007E52DD" w:rsidRPr="00EA4F54" w:rsidRDefault="00E268FE">
      <w:pPr>
        <w:jc w:val="center"/>
        <w:rPr>
          <w:rFonts w:ascii="Times New Roman" w:hAnsi="Times New Roman" w:cs="Times New Roman"/>
          <w:sz w:val="24"/>
          <w:szCs w:val="24"/>
        </w:rPr>
      </w:pPr>
      <w:r w:rsidRPr="00EA4F54">
        <w:rPr>
          <w:rFonts w:ascii="Times New Roman" w:hAnsi="Times New Roman" w:cs="Times New Roman"/>
          <w:b/>
          <w:sz w:val="24"/>
          <w:szCs w:val="24"/>
        </w:rPr>
        <w:t>УВЕДОМЛЕНИЕ</w:t>
      </w:r>
      <w:r w:rsidRPr="00EA4F54">
        <w:rPr>
          <w:rFonts w:ascii="Times New Roman" w:hAnsi="Times New Roman" w:cs="Times New Roman"/>
          <w:b/>
          <w:sz w:val="24"/>
          <w:szCs w:val="24"/>
        </w:rPr>
        <w:br/>
        <w:t>за отсъствие по семейни причини</w:t>
      </w:r>
    </w:p>
    <w:p w:rsidR="007E52DD" w:rsidRPr="00EA4F54" w:rsidRDefault="00E268FE">
      <w:pPr>
        <w:rPr>
          <w:rFonts w:ascii="Times New Roman" w:hAnsi="Times New Roman" w:cs="Times New Roman"/>
          <w:sz w:val="24"/>
          <w:szCs w:val="24"/>
        </w:rPr>
      </w:pPr>
      <w:r w:rsidRPr="00EA4F54">
        <w:rPr>
          <w:rFonts w:ascii="Times New Roman" w:hAnsi="Times New Roman" w:cs="Times New Roman"/>
          <w:b/>
          <w:sz w:val="24"/>
          <w:szCs w:val="24"/>
        </w:rPr>
        <w:t xml:space="preserve">ДО ДИРЕКТОРА НА ДГ №183 „ЩАСТЛИВО </w:t>
      </w:r>
      <w:proofErr w:type="gramStart"/>
      <w:r w:rsidRPr="00EA4F54">
        <w:rPr>
          <w:rFonts w:ascii="Times New Roman" w:hAnsi="Times New Roman" w:cs="Times New Roman"/>
          <w:b/>
          <w:sz w:val="24"/>
          <w:szCs w:val="24"/>
        </w:rPr>
        <w:t>ДЕТСТВО“</w:t>
      </w:r>
      <w:proofErr w:type="gramEnd"/>
    </w:p>
    <w:p w:rsidR="007E52DD" w:rsidRPr="00EA4F54" w:rsidRDefault="00E268FE">
      <w:pPr>
        <w:rPr>
          <w:rFonts w:ascii="Times New Roman" w:hAnsi="Times New Roman" w:cs="Times New Roman"/>
          <w:sz w:val="24"/>
          <w:szCs w:val="24"/>
        </w:rPr>
      </w:pPr>
      <w:r w:rsidRPr="00EA4F54">
        <w:rPr>
          <w:rFonts w:ascii="Times New Roman" w:hAnsi="Times New Roman" w:cs="Times New Roman"/>
          <w:b/>
          <w:sz w:val="24"/>
          <w:szCs w:val="24"/>
        </w:rPr>
        <w:t xml:space="preserve">От: </w:t>
      </w:r>
      <w:r w:rsidRPr="00EA4F5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7E52DD" w:rsidRPr="00EA4F54" w:rsidRDefault="00E268FE">
      <w:pPr>
        <w:rPr>
          <w:rFonts w:ascii="Times New Roman" w:hAnsi="Times New Roman" w:cs="Times New Roman"/>
          <w:sz w:val="24"/>
          <w:szCs w:val="24"/>
        </w:rPr>
      </w:pPr>
      <w:r w:rsidRPr="00EA4F54">
        <w:rPr>
          <w:rFonts w:ascii="Times New Roman" w:hAnsi="Times New Roman" w:cs="Times New Roman"/>
          <w:b/>
          <w:sz w:val="24"/>
          <w:szCs w:val="24"/>
        </w:rPr>
        <w:t xml:space="preserve">родител/настойник/попечител на: </w:t>
      </w:r>
      <w:r w:rsidRPr="00EA4F54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7E52DD" w:rsidRPr="00EA4F54" w:rsidRDefault="00E268FE">
      <w:pPr>
        <w:rPr>
          <w:rFonts w:ascii="Times New Roman" w:hAnsi="Times New Roman" w:cs="Times New Roman"/>
          <w:sz w:val="24"/>
          <w:szCs w:val="24"/>
        </w:rPr>
      </w:pPr>
      <w:r w:rsidRPr="00EA4F54">
        <w:rPr>
          <w:rFonts w:ascii="Times New Roman" w:hAnsi="Times New Roman" w:cs="Times New Roman"/>
          <w:b/>
          <w:sz w:val="24"/>
          <w:szCs w:val="24"/>
        </w:rPr>
        <w:t xml:space="preserve">група: </w:t>
      </w:r>
      <w:r w:rsidRPr="00EA4F54">
        <w:rPr>
          <w:rFonts w:ascii="Times New Roman" w:hAnsi="Times New Roman" w:cs="Times New Roman"/>
          <w:sz w:val="24"/>
          <w:szCs w:val="24"/>
        </w:rPr>
        <w:t>____________________</w:t>
      </w:r>
    </w:p>
    <w:p w:rsidR="007E52DD" w:rsidRPr="00EA4F54" w:rsidRDefault="00E268FE">
      <w:pPr>
        <w:jc w:val="both"/>
        <w:rPr>
          <w:rFonts w:ascii="Times New Roman" w:hAnsi="Times New Roman" w:cs="Times New Roman"/>
          <w:sz w:val="24"/>
          <w:szCs w:val="24"/>
        </w:rPr>
      </w:pPr>
      <w:r w:rsidRPr="00EA4F54">
        <w:rPr>
          <w:rFonts w:ascii="Times New Roman" w:hAnsi="Times New Roman" w:cs="Times New Roman"/>
          <w:sz w:val="24"/>
          <w:szCs w:val="24"/>
        </w:rPr>
        <w:t>Уведомявам Ви, че детето ми няма да посещава детската градина по семейни причини за периода: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7E52DD" w:rsidRPr="00EA4F54">
        <w:trPr>
          <w:jc w:val="center"/>
        </w:trPr>
        <w:tc>
          <w:tcPr>
            <w:tcW w:w="5100" w:type="dxa"/>
          </w:tcPr>
          <w:p w:rsidR="007E52DD" w:rsidRPr="00EA4F54" w:rsidRDefault="00E26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F54">
              <w:rPr>
                <w:rFonts w:ascii="Times New Roman" w:hAnsi="Times New Roman" w:cs="Times New Roman"/>
                <w:sz w:val="24"/>
                <w:szCs w:val="24"/>
              </w:rPr>
              <w:t>От дата:</w:t>
            </w:r>
            <w:bookmarkStart w:id="0" w:name="_GoBack"/>
            <w:bookmarkEnd w:id="0"/>
            <w:r w:rsidRPr="00EA4F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F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100" w:type="dxa"/>
          </w:tcPr>
          <w:p w:rsidR="007E52DD" w:rsidRPr="00EA4F54" w:rsidRDefault="00E26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F54">
              <w:rPr>
                <w:rFonts w:ascii="Times New Roman" w:hAnsi="Times New Roman" w:cs="Times New Roman"/>
                <w:sz w:val="24"/>
                <w:szCs w:val="24"/>
              </w:rPr>
              <w:t>До дата:</w:t>
            </w:r>
            <w:r w:rsidRPr="00EA4F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F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E52DD" w:rsidRPr="00EA4F54">
        <w:trPr>
          <w:jc w:val="center"/>
        </w:trPr>
        <w:tc>
          <w:tcPr>
            <w:tcW w:w="5100" w:type="dxa"/>
          </w:tcPr>
          <w:p w:rsidR="007E52DD" w:rsidRPr="00EA4F54" w:rsidRDefault="00E26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F54">
              <w:rPr>
                <w:rFonts w:ascii="Times New Roman" w:hAnsi="Times New Roman" w:cs="Times New Roman"/>
                <w:sz w:val="24"/>
                <w:szCs w:val="24"/>
              </w:rPr>
              <w:t>Общ брой учебни дни:</w:t>
            </w:r>
            <w:r w:rsidRPr="00EA4F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F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100" w:type="dxa"/>
          </w:tcPr>
          <w:p w:rsidR="007E52DD" w:rsidRPr="00EA4F54" w:rsidRDefault="00E26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F54">
              <w:rPr>
                <w:rFonts w:ascii="Times New Roman" w:hAnsi="Times New Roman" w:cs="Times New Roman"/>
                <w:sz w:val="24"/>
                <w:szCs w:val="24"/>
              </w:rPr>
              <w:t>Очаквано завръщане:</w:t>
            </w:r>
            <w:r w:rsidRPr="00EA4F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4F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7E52DD" w:rsidRPr="00EA4F54" w:rsidRDefault="00E268FE">
      <w:pPr>
        <w:jc w:val="both"/>
        <w:rPr>
          <w:rFonts w:ascii="Times New Roman" w:hAnsi="Times New Roman" w:cs="Times New Roman"/>
          <w:sz w:val="24"/>
          <w:szCs w:val="24"/>
        </w:rPr>
      </w:pPr>
      <w:r w:rsidRPr="00EA4F54">
        <w:rPr>
          <w:rFonts w:ascii="Times New Roman" w:hAnsi="Times New Roman" w:cs="Times New Roman"/>
          <w:sz w:val="24"/>
          <w:szCs w:val="24"/>
        </w:rPr>
        <w:t>Декларирам, че съм запознат/а с приложимия режим за отсъствия по семейни причини на децата в задължително предучилищно образование и че ще уведомя своевременно детската градина при промяна на посочения период.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7E52DD" w:rsidRPr="00EA4F54">
        <w:trPr>
          <w:jc w:val="center"/>
        </w:trPr>
        <w:tc>
          <w:tcPr>
            <w:tcW w:w="5100" w:type="dxa"/>
          </w:tcPr>
          <w:p w:rsidR="007E52DD" w:rsidRPr="00EA4F54" w:rsidRDefault="00E26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F54">
              <w:rPr>
                <w:rFonts w:ascii="Times New Roman" w:hAnsi="Times New Roman" w:cs="Times New Roman"/>
                <w:sz w:val="24"/>
                <w:szCs w:val="24"/>
              </w:rPr>
              <w:t>Дата на уведомяването:</w:t>
            </w:r>
          </w:p>
        </w:tc>
        <w:tc>
          <w:tcPr>
            <w:tcW w:w="5100" w:type="dxa"/>
          </w:tcPr>
          <w:p w:rsidR="007E52DD" w:rsidRPr="00EA4F54" w:rsidRDefault="00E26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F54">
              <w:rPr>
                <w:rFonts w:ascii="Times New Roman" w:hAnsi="Times New Roman" w:cs="Times New Roman"/>
                <w:sz w:val="24"/>
                <w:szCs w:val="24"/>
              </w:rPr>
              <w:t>Подпис на родителя:</w:t>
            </w:r>
          </w:p>
        </w:tc>
      </w:tr>
      <w:tr w:rsidR="007E52DD" w:rsidRPr="00EA4F54">
        <w:trPr>
          <w:jc w:val="center"/>
        </w:trPr>
        <w:tc>
          <w:tcPr>
            <w:tcW w:w="5100" w:type="dxa"/>
          </w:tcPr>
          <w:p w:rsidR="007E52DD" w:rsidRPr="00EA4F54" w:rsidRDefault="00E26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F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100" w:type="dxa"/>
          </w:tcPr>
          <w:p w:rsidR="007E52DD" w:rsidRPr="00EA4F54" w:rsidRDefault="00E26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F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E268FE" w:rsidRPr="00EA4F54" w:rsidRDefault="00E268FE" w:rsidP="0014730F">
      <w:pPr>
        <w:rPr>
          <w:rFonts w:ascii="Times New Roman" w:hAnsi="Times New Roman" w:cs="Times New Roman"/>
          <w:sz w:val="24"/>
          <w:szCs w:val="24"/>
        </w:rPr>
      </w:pPr>
    </w:p>
    <w:sectPr w:rsidR="00E268FE" w:rsidRPr="00EA4F54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730F"/>
    <w:rsid w:val="0015074B"/>
    <w:rsid w:val="0029639D"/>
    <w:rsid w:val="00326F90"/>
    <w:rsid w:val="007E52DD"/>
    <w:rsid w:val="00AA1D8D"/>
    <w:rsid w:val="00B47730"/>
    <w:rsid w:val="00CB0664"/>
    <w:rsid w:val="00E268FE"/>
    <w:rsid w:val="00EA4F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6CC47CF-BD12-4CB4-A36A-D832D0A9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EF8BFD-57D2-47A8-81CB-C0C0E7427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МАЯ</cp:lastModifiedBy>
  <cp:revision>3</cp:revision>
  <dcterms:created xsi:type="dcterms:W3CDTF">2013-12-23T23:15:00Z</dcterms:created>
  <dcterms:modified xsi:type="dcterms:W3CDTF">2026-10-07T13:11:00Z</dcterms:modified>
  <cp:category/>
</cp:coreProperties>
</file>