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5D2" w:rsidRPr="00CF5E3E" w:rsidRDefault="002E669D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b/>
          <w:sz w:val="24"/>
          <w:szCs w:val="24"/>
        </w:rPr>
        <w:t xml:space="preserve">ДЕТСКА ГРАДИНА №183 „ЩАСТЛИВО </w:t>
      </w:r>
      <w:proofErr w:type="gramStart"/>
      <w:r w:rsidRPr="00CF5E3E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0A25D2" w:rsidRPr="00CF5E3E" w:rsidRDefault="002E669D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sz w:val="24"/>
          <w:szCs w:val="24"/>
        </w:rPr>
        <w:t>гр. София, район „Слатина“, ул. „Галилео Галилей“ №30</w:t>
      </w:r>
      <w:r w:rsidRPr="00CF5E3E">
        <w:rPr>
          <w:rFonts w:ascii="Times New Roman" w:hAnsi="Times New Roman" w:cs="Times New Roman"/>
          <w:sz w:val="24"/>
          <w:szCs w:val="24"/>
        </w:rPr>
        <w:br/>
        <w:t>тел. 02/870 61 37 • e-mail: dg183@mail.bg</w:t>
      </w:r>
    </w:p>
    <w:p w:rsidR="000A25D2" w:rsidRPr="00CF5E3E" w:rsidRDefault="002E669D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b/>
          <w:sz w:val="24"/>
          <w:szCs w:val="24"/>
        </w:rPr>
        <w:t>ИНФОРМАЦИОННА ДЕКЛАРАЦИЯ</w:t>
      </w:r>
      <w:r w:rsidRPr="00CF5E3E">
        <w:rPr>
          <w:rFonts w:ascii="Times New Roman" w:hAnsi="Times New Roman" w:cs="Times New Roman"/>
          <w:b/>
          <w:sz w:val="24"/>
          <w:szCs w:val="24"/>
        </w:rPr>
        <w:br/>
        <w:t>за обстоятелства, свързани със здравето и безопасността на детето</w:t>
      </w:r>
    </w:p>
    <w:p w:rsidR="000A25D2" w:rsidRPr="00CF5E3E" w:rsidRDefault="002E669D">
      <w:pPr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Pr="00CF5E3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A25D2" w:rsidRPr="00CF5E3E" w:rsidRDefault="002E669D">
      <w:pPr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b/>
          <w:sz w:val="24"/>
          <w:szCs w:val="24"/>
        </w:rPr>
        <w:t xml:space="preserve">родител/настойник/попечител на: </w:t>
      </w:r>
      <w:r w:rsidRPr="00CF5E3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A25D2" w:rsidRPr="00CF5E3E" w:rsidRDefault="002E669D">
      <w:pPr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b/>
          <w:sz w:val="24"/>
          <w:szCs w:val="24"/>
        </w:rPr>
        <w:t xml:space="preserve">група: </w:t>
      </w:r>
      <w:r w:rsidRPr="00CF5E3E">
        <w:rPr>
          <w:rFonts w:ascii="Times New Roman" w:hAnsi="Times New Roman" w:cs="Times New Roman"/>
          <w:sz w:val="24"/>
          <w:szCs w:val="24"/>
        </w:rPr>
        <w:t>____________________</w:t>
      </w:r>
    </w:p>
    <w:p w:rsidR="000A25D2" w:rsidRPr="00CF5E3E" w:rsidRDefault="002E669D">
      <w:pPr>
        <w:jc w:val="both"/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sz w:val="24"/>
          <w:szCs w:val="24"/>
        </w:rPr>
        <w:t xml:space="preserve">Предоставям следната информация, доколкото е необходима за безопасния престой на детето и правилната </w:t>
      </w:r>
      <w:r w:rsidRPr="00CF5E3E">
        <w:rPr>
          <w:rFonts w:ascii="Times New Roman" w:hAnsi="Times New Roman" w:cs="Times New Roman"/>
          <w:sz w:val="24"/>
          <w:szCs w:val="24"/>
        </w:rPr>
        <w:t>организация на грижата: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5100"/>
      </w:tblGrid>
      <w:tr w:rsidR="000A25D2" w:rsidRPr="00CF5E3E">
        <w:trPr>
          <w:jc w:val="center"/>
        </w:trPr>
        <w:tc>
          <w:tcPr>
            <w:tcW w:w="567" w:type="dxa"/>
            <w:vAlign w:val="center"/>
          </w:tcPr>
          <w:p w:rsidR="000A25D2" w:rsidRPr="00CF5E3E" w:rsidRDefault="002E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t>алергия/риск от тежка алергична реакция;</w:t>
            </w:r>
          </w:p>
        </w:tc>
      </w:tr>
      <w:tr w:rsidR="000A25D2" w:rsidRPr="00CF5E3E">
        <w:trPr>
          <w:jc w:val="center"/>
        </w:trPr>
        <w:tc>
          <w:tcPr>
            <w:tcW w:w="567" w:type="dxa"/>
            <w:vAlign w:val="center"/>
          </w:tcPr>
          <w:p w:rsidR="000A25D2" w:rsidRPr="00CF5E3E" w:rsidRDefault="002E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t>хронично състояние, което изисква конкретна организация или наблюдение;</w:t>
            </w:r>
          </w:p>
        </w:tc>
      </w:tr>
      <w:tr w:rsidR="000A25D2" w:rsidRPr="00CF5E3E">
        <w:trPr>
          <w:jc w:val="center"/>
        </w:trPr>
        <w:tc>
          <w:tcPr>
            <w:tcW w:w="567" w:type="dxa"/>
            <w:vAlign w:val="center"/>
          </w:tcPr>
          <w:p w:rsidR="000A25D2" w:rsidRPr="00CF5E3E" w:rsidRDefault="002E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t>необходим специален хранителен режим, удостоверен по приложимия медицински ред;</w:t>
            </w:r>
          </w:p>
        </w:tc>
      </w:tr>
      <w:tr w:rsidR="000A25D2" w:rsidRPr="00CF5E3E">
        <w:trPr>
          <w:jc w:val="center"/>
        </w:trPr>
        <w:tc>
          <w:tcPr>
            <w:tcW w:w="567" w:type="dxa"/>
            <w:vAlign w:val="center"/>
          </w:tcPr>
          <w:p w:rsidR="000A25D2" w:rsidRPr="00CF5E3E" w:rsidRDefault="002E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vAlign w:val="center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t>друго обстоятелство, което е</w:t>
            </w:r>
            <w:r w:rsidRPr="00CF5E3E">
              <w:rPr>
                <w:rFonts w:ascii="Times New Roman" w:hAnsi="Times New Roman" w:cs="Times New Roman"/>
                <w:sz w:val="24"/>
                <w:szCs w:val="24"/>
              </w:rPr>
              <w:t xml:space="preserve"> съществено за безопасността на детето.</w:t>
            </w:r>
          </w:p>
        </w:tc>
      </w:tr>
    </w:tbl>
    <w:p w:rsidR="000A25D2" w:rsidRPr="00CF5E3E" w:rsidRDefault="002E669D">
      <w:pPr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b/>
          <w:sz w:val="24"/>
          <w:szCs w:val="24"/>
        </w:rPr>
        <w:t xml:space="preserve">Необходима организационна информация: </w:t>
      </w:r>
      <w:r w:rsidRPr="00CF5E3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A25D2" w:rsidRPr="00CF5E3E" w:rsidRDefault="002E669D">
      <w:pPr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0A25D2" w:rsidRPr="00CF5E3E" w:rsidRDefault="002E669D">
      <w:pPr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0A25D2" w:rsidRPr="00CF5E3E" w:rsidRDefault="002E669D">
      <w:pPr>
        <w:jc w:val="both"/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sz w:val="24"/>
          <w:szCs w:val="24"/>
        </w:rPr>
        <w:t xml:space="preserve">Прилагам наличните </w:t>
      </w:r>
      <w:r w:rsidRPr="00CF5E3E">
        <w:rPr>
          <w:rFonts w:ascii="Times New Roman" w:hAnsi="Times New Roman" w:cs="Times New Roman"/>
          <w:sz w:val="24"/>
          <w:szCs w:val="24"/>
        </w:rPr>
        <w:t>медицински документи, когато такива се изискват по действащия ред. Не оставям лекарства в раницата/шкафчето на детето и не възлагам на педагогически служител прием на лекарство извън установената медицинска процедура.</w:t>
      </w:r>
    </w:p>
    <w:p w:rsidR="000A25D2" w:rsidRPr="00CF5E3E" w:rsidRDefault="002E669D">
      <w:pPr>
        <w:jc w:val="both"/>
        <w:rPr>
          <w:rFonts w:ascii="Times New Roman" w:hAnsi="Times New Roman" w:cs="Times New Roman"/>
          <w:sz w:val="24"/>
          <w:szCs w:val="24"/>
        </w:rPr>
      </w:pPr>
      <w:r w:rsidRPr="00CF5E3E">
        <w:rPr>
          <w:rFonts w:ascii="Times New Roman" w:hAnsi="Times New Roman" w:cs="Times New Roman"/>
          <w:sz w:val="24"/>
          <w:szCs w:val="24"/>
        </w:rPr>
        <w:t>Ще уведомя детската градина своевремен</w:t>
      </w:r>
      <w:r w:rsidRPr="00CF5E3E">
        <w:rPr>
          <w:rFonts w:ascii="Times New Roman" w:hAnsi="Times New Roman" w:cs="Times New Roman"/>
          <w:sz w:val="24"/>
          <w:szCs w:val="24"/>
        </w:rPr>
        <w:t>но при промяна на обстоятелствата, които имат значение за здравето и безопасността на детето.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0A25D2" w:rsidRPr="00CF5E3E">
        <w:trPr>
          <w:jc w:val="center"/>
        </w:trPr>
        <w:tc>
          <w:tcPr>
            <w:tcW w:w="5100" w:type="dxa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5100" w:type="dxa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t>Подпис на родителя:</w:t>
            </w:r>
          </w:p>
        </w:tc>
      </w:tr>
      <w:tr w:rsidR="000A25D2" w:rsidRPr="00CF5E3E">
        <w:trPr>
          <w:jc w:val="center"/>
        </w:trPr>
        <w:tc>
          <w:tcPr>
            <w:tcW w:w="5100" w:type="dxa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</w:p>
        </w:tc>
        <w:tc>
          <w:tcPr>
            <w:tcW w:w="5100" w:type="dxa"/>
          </w:tcPr>
          <w:p w:rsidR="000A25D2" w:rsidRPr="00CF5E3E" w:rsidRDefault="002E6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E3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2E669D" w:rsidRPr="00CF5E3E" w:rsidRDefault="002E669D">
      <w:pPr>
        <w:rPr>
          <w:rFonts w:ascii="Times New Roman" w:hAnsi="Times New Roman" w:cs="Times New Roman"/>
          <w:sz w:val="24"/>
          <w:szCs w:val="24"/>
        </w:rPr>
      </w:pPr>
    </w:p>
    <w:sectPr w:rsidR="002E669D" w:rsidRPr="00CF5E3E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25D2"/>
    <w:rsid w:val="0015074B"/>
    <w:rsid w:val="0029639D"/>
    <w:rsid w:val="002E669D"/>
    <w:rsid w:val="00326F90"/>
    <w:rsid w:val="00AA1D8D"/>
    <w:rsid w:val="00B47730"/>
    <w:rsid w:val="00CB0664"/>
    <w:rsid w:val="00CF5E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2C21A50-C94A-47F8-99AB-ACF0A0E9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E022AA-81FA-40AC-875A-3D47248D0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МАЯ</cp:lastModifiedBy>
  <cp:revision>2</cp:revision>
  <dcterms:created xsi:type="dcterms:W3CDTF">2013-12-23T23:15:00Z</dcterms:created>
  <dcterms:modified xsi:type="dcterms:W3CDTF">2026-10-07T13:11:00Z</dcterms:modified>
  <cp:category/>
</cp:coreProperties>
</file>