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7D7" w:rsidRPr="00B6578C" w:rsidRDefault="00DF08E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6578C">
        <w:rPr>
          <w:rFonts w:ascii="Times New Roman" w:hAnsi="Times New Roman" w:cs="Times New Roman"/>
          <w:b/>
          <w:sz w:val="24"/>
          <w:szCs w:val="24"/>
        </w:rPr>
        <w:t xml:space="preserve">ДЕТСКА ГРАДИНА №183 „ЩАСТЛИВО </w:t>
      </w:r>
      <w:proofErr w:type="gramStart"/>
      <w:r w:rsidRPr="00B6578C">
        <w:rPr>
          <w:rFonts w:ascii="Times New Roman" w:hAnsi="Times New Roman" w:cs="Times New Roman"/>
          <w:b/>
          <w:sz w:val="24"/>
          <w:szCs w:val="24"/>
        </w:rPr>
        <w:t>ДЕТСТВО“</w:t>
      </w:r>
      <w:proofErr w:type="gramEnd"/>
    </w:p>
    <w:p w:rsidR="005457D7" w:rsidRPr="00B6578C" w:rsidRDefault="00DF08E6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78C">
        <w:rPr>
          <w:rFonts w:ascii="Times New Roman" w:hAnsi="Times New Roman" w:cs="Times New Roman"/>
          <w:sz w:val="24"/>
          <w:szCs w:val="24"/>
        </w:rPr>
        <w:t>гр. София, район „Слатина“, ул. „Галилео Галилей“ №30</w:t>
      </w:r>
      <w:r w:rsidRPr="00B6578C">
        <w:rPr>
          <w:rFonts w:ascii="Times New Roman" w:hAnsi="Times New Roman" w:cs="Times New Roman"/>
          <w:sz w:val="24"/>
          <w:szCs w:val="24"/>
        </w:rPr>
        <w:br/>
        <w:t>тел. 02/870 61 37 • e-mail: dg183@mail.bg</w:t>
      </w:r>
    </w:p>
    <w:p w:rsidR="005457D7" w:rsidRPr="00B6578C" w:rsidRDefault="00DF08E6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78C">
        <w:rPr>
          <w:rFonts w:ascii="Times New Roman" w:hAnsi="Times New Roman" w:cs="Times New Roman"/>
          <w:b/>
          <w:sz w:val="24"/>
          <w:szCs w:val="24"/>
        </w:rPr>
        <w:t>ЗАЯВЛЕНИЕ</w:t>
      </w:r>
      <w:r w:rsidRPr="00B6578C">
        <w:rPr>
          <w:rFonts w:ascii="Times New Roman" w:hAnsi="Times New Roman" w:cs="Times New Roman"/>
          <w:b/>
          <w:sz w:val="24"/>
          <w:szCs w:val="24"/>
        </w:rPr>
        <w:br/>
        <w:t>за посещение през обявен ваканционен период</w:t>
      </w:r>
    </w:p>
    <w:p w:rsidR="005457D7" w:rsidRPr="00B6578C" w:rsidRDefault="00DF08E6">
      <w:pPr>
        <w:rPr>
          <w:rFonts w:ascii="Times New Roman" w:hAnsi="Times New Roman" w:cs="Times New Roman"/>
          <w:sz w:val="24"/>
          <w:szCs w:val="24"/>
        </w:rPr>
      </w:pPr>
      <w:r w:rsidRPr="00B6578C">
        <w:rPr>
          <w:rFonts w:ascii="Times New Roman" w:hAnsi="Times New Roman" w:cs="Times New Roman"/>
          <w:b/>
          <w:sz w:val="24"/>
          <w:szCs w:val="24"/>
        </w:rPr>
        <w:t xml:space="preserve">ДО ДИРЕКТОРА НА ДГ №183 „ЩАСТЛИВО </w:t>
      </w:r>
      <w:proofErr w:type="gramStart"/>
      <w:r w:rsidRPr="00B6578C">
        <w:rPr>
          <w:rFonts w:ascii="Times New Roman" w:hAnsi="Times New Roman" w:cs="Times New Roman"/>
          <w:b/>
          <w:sz w:val="24"/>
          <w:szCs w:val="24"/>
        </w:rPr>
        <w:t>ДЕТСТВО“</w:t>
      </w:r>
      <w:proofErr w:type="gramEnd"/>
    </w:p>
    <w:p w:rsidR="005457D7" w:rsidRPr="00B6578C" w:rsidRDefault="00DF08E6">
      <w:pPr>
        <w:rPr>
          <w:rFonts w:ascii="Times New Roman" w:hAnsi="Times New Roman" w:cs="Times New Roman"/>
          <w:sz w:val="24"/>
          <w:szCs w:val="24"/>
        </w:rPr>
      </w:pPr>
      <w:r w:rsidRPr="00B6578C">
        <w:rPr>
          <w:rFonts w:ascii="Times New Roman" w:hAnsi="Times New Roman" w:cs="Times New Roman"/>
          <w:b/>
          <w:sz w:val="24"/>
          <w:szCs w:val="24"/>
        </w:rPr>
        <w:t xml:space="preserve">От: </w:t>
      </w:r>
      <w:r w:rsidRPr="00B6578C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5457D7" w:rsidRPr="00B6578C" w:rsidRDefault="00DF08E6">
      <w:pPr>
        <w:rPr>
          <w:rFonts w:ascii="Times New Roman" w:hAnsi="Times New Roman" w:cs="Times New Roman"/>
          <w:sz w:val="24"/>
          <w:szCs w:val="24"/>
        </w:rPr>
      </w:pPr>
      <w:r w:rsidRPr="00B6578C">
        <w:rPr>
          <w:rFonts w:ascii="Times New Roman" w:hAnsi="Times New Roman" w:cs="Times New Roman"/>
          <w:b/>
          <w:sz w:val="24"/>
          <w:szCs w:val="24"/>
        </w:rPr>
        <w:t xml:space="preserve">родител/настойник/попечител на: </w:t>
      </w:r>
      <w:r w:rsidRPr="00B6578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5457D7" w:rsidRPr="00B6578C" w:rsidRDefault="00DF08E6">
      <w:pPr>
        <w:rPr>
          <w:rFonts w:ascii="Times New Roman" w:hAnsi="Times New Roman" w:cs="Times New Roman"/>
          <w:sz w:val="24"/>
          <w:szCs w:val="24"/>
        </w:rPr>
      </w:pPr>
      <w:r w:rsidRPr="00B6578C">
        <w:rPr>
          <w:rFonts w:ascii="Times New Roman" w:hAnsi="Times New Roman" w:cs="Times New Roman"/>
          <w:b/>
          <w:sz w:val="24"/>
          <w:szCs w:val="24"/>
        </w:rPr>
        <w:t xml:space="preserve">група: </w:t>
      </w:r>
      <w:r w:rsidRPr="00B6578C">
        <w:rPr>
          <w:rFonts w:ascii="Times New Roman" w:hAnsi="Times New Roman" w:cs="Times New Roman"/>
          <w:sz w:val="24"/>
          <w:szCs w:val="24"/>
        </w:rPr>
        <w:t>____________________</w:t>
      </w:r>
    </w:p>
    <w:p w:rsidR="005457D7" w:rsidRPr="00B6578C" w:rsidRDefault="00DF08E6">
      <w:pPr>
        <w:jc w:val="both"/>
        <w:rPr>
          <w:rFonts w:ascii="Times New Roman" w:hAnsi="Times New Roman" w:cs="Times New Roman"/>
          <w:sz w:val="24"/>
          <w:szCs w:val="24"/>
        </w:rPr>
      </w:pPr>
      <w:r w:rsidRPr="00B6578C">
        <w:rPr>
          <w:rFonts w:ascii="Times New Roman" w:hAnsi="Times New Roman" w:cs="Times New Roman"/>
          <w:sz w:val="24"/>
          <w:szCs w:val="24"/>
        </w:rPr>
        <w:t>Заявявам, че детето ми ще посещава детската градина през предварително обявения период, за който се организира временно разпределение/сборни групи:</w:t>
      </w:r>
    </w:p>
    <w:p w:rsidR="005457D7" w:rsidRPr="00B6578C" w:rsidRDefault="00DF08E6">
      <w:pPr>
        <w:rPr>
          <w:rFonts w:ascii="Times New Roman" w:hAnsi="Times New Roman" w:cs="Times New Roman"/>
          <w:sz w:val="24"/>
          <w:szCs w:val="24"/>
        </w:rPr>
      </w:pPr>
      <w:r w:rsidRPr="00B6578C">
        <w:rPr>
          <w:rFonts w:ascii="Times New Roman" w:hAnsi="Times New Roman" w:cs="Times New Roman"/>
          <w:b/>
          <w:sz w:val="24"/>
          <w:szCs w:val="24"/>
        </w:rPr>
        <w:t xml:space="preserve">Период от: </w:t>
      </w:r>
      <w:r w:rsidRPr="00B6578C">
        <w:rPr>
          <w:rFonts w:ascii="Times New Roman" w:hAnsi="Times New Roman" w:cs="Times New Roman"/>
          <w:sz w:val="24"/>
          <w:szCs w:val="24"/>
        </w:rPr>
        <w:t>______________________</w:t>
      </w:r>
    </w:p>
    <w:p w:rsidR="005457D7" w:rsidRPr="00B6578C" w:rsidRDefault="00DF08E6">
      <w:pPr>
        <w:rPr>
          <w:rFonts w:ascii="Times New Roman" w:hAnsi="Times New Roman" w:cs="Times New Roman"/>
          <w:sz w:val="24"/>
          <w:szCs w:val="24"/>
        </w:rPr>
      </w:pPr>
      <w:r w:rsidRPr="00B6578C">
        <w:rPr>
          <w:rFonts w:ascii="Times New Roman" w:hAnsi="Times New Roman" w:cs="Times New Roman"/>
          <w:b/>
          <w:sz w:val="24"/>
          <w:szCs w:val="24"/>
        </w:rPr>
        <w:t xml:space="preserve">до: </w:t>
      </w:r>
      <w:r w:rsidRPr="00B6578C">
        <w:rPr>
          <w:rFonts w:ascii="Times New Roman" w:hAnsi="Times New Roman" w:cs="Times New Roman"/>
          <w:sz w:val="24"/>
          <w:szCs w:val="24"/>
        </w:rPr>
        <w:t>______________________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5100"/>
      </w:tblGrid>
      <w:tr w:rsidR="005457D7" w:rsidRPr="00B6578C">
        <w:trPr>
          <w:jc w:val="center"/>
        </w:trPr>
        <w:tc>
          <w:tcPr>
            <w:tcW w:w="567" w:type="dxa"/>
            <w:vAlign w:val="center"/>
          </w:tcPr>
          <w:p w:rsidR="005457D7" w:rsidRPr="00B6578C" w:rsidRDefault="00DF0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vAlign w:val="center"/>
          </w:tcPr>
          <w:p w:rsidR="005457D7" w:rsidRPr="00B6578C" w:rsidRDefault="00DF0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78C">
              <w:rPr>
                <w:rFonts w:ascii="Times New Roman" w:hAnsi="Times New Roman" w:cs="Times New Roman"/>
                <w:sz w:val="24"/>
                <w:szCs w:val="24"/>
              </w:rPr>
              <w:t>Детето ще посещава през целия посочен период.</w:t>
            </w:r>
          </w:p>
        </w:tc>
      </w:tr>
      <w:tr w:rsidR="005457D7" w:rsidRPr="00B6578C">
        <w:trPr>
          <w:jc w:val="center"/>
        </w:trPr>
        <w:tc>
          <w:tcPr>
            <w:tcW w:w="567" w:type="dxa"/>
            <w:vAlign w:val="center"/>
          </w:tcPr>
          <w:p w:rsidR="005457D7" w:rsidRPr="00B6578C" w:rsidRDefault="00DF0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7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vAlign w:val="center"/>
          </w:tcPr>
          <w:p w:rsidR="005457D7" w:rsidRPr="00B6578C" w:rsidRDefault="00DF0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78C">
              <w:rPr>
                <w:rFonts w:ascii="Times New Roman" w:hAnsi="Times New Roman" w:cs="Times New Roman"/>
                <w:sz w:val="24"/>
                <w:szCs w:val="24"/>
              </w:rPr>
              <w:t>Детето ще посещава само в следните дни/седмици:</w:t>
            </w:r>
          </w:p>
        </w:tc>
      </w:tr>
    </w:tbl>
    <w:p w:rsidR="005457D7" w:rsidRPr="00B6578C" w:rsidRDefault="00DF08E6">
      <w:pPr>
        <w:rPr>
          <w:rFonts w:ascii="Times New Roman" w:hAnsi="Times New Roman" w:cs="Times New Roman"/>
          <w:sz w:val="24"/>
          <w:szCs w:val="24"/>
        </w:rPr>
      </w:pPr>
      <w:r w:rsidRPr="00B6578C">
        <w:rPr>
          <w:rFonts w:ascii="Times New Roman" w:hAnsi="Times New Roman" w:cs="Times New Roman"/>
          <w:b/>
          <w:sz w:val="24"/>
          <w:szCs w:val="24"/>
        </w:rPr>
        <w:t xml:space="preserve">Дни/седмици: </w:t>
      </w:r>
      <w:r w:rsidRPr="00B6578C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5457D7" w:rsidRPr="00B6578C" w:rsidRDefault="00DF08E6">
      <w:pPr>
        <w:jc w:val="both"/>
        <w:rPr>
          <w:rFonts w:ascii="Times New Roman" w:hAnsi="Times New Roman" w:cs="Times New Roman"/>
          <w:sz w:val="24"/>
          <w:szCs w:val="24"/>
        </w:rPr>
      </w:pPr>
      <w:r w:rsidRPr="00B6578C">
        <w:rPr>
          <w:rFonts w:ascii="Times New Roman" w:hAnsi="Times New Roman" w:cs="Times New Roman"/>
          <w:sz w:val="24"/>
          <w:szCs w:val="24"/>
        </w:rPr>
        <w:t>Запознат/а съм, че при намалена посещаемост детската градина може да организира сборни групи или временно разпределяне на децата между функциониращите групи съобразно броя на присъстващите деца, наличния персонал, капацитета и изискванията за безопасност.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5457D7" w:rsidRPr="00B6578C">
        <w:trPr>
          <w:jc w:val="center"/>
        </w:trPr>
        <w:tc>
          <w:tcPr>
            <w:tcW w:w="5100" w:type="dxa"/>
          </w:tcPr>
          <w:p w:rsidR="005457D7" w:rsidRPr="00B6578C" w:rsidRDefault="00DF0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78C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</w:p>
        </w:tc>
        <w:tc>
          <w:tcPr>
            <w:tcW w:w="5100" w:type="dxa"/>
          </w:tcPr>
          <w:p w:rsidR="005457D7" w:rsidRPr="00B6578C" w:rsidRDefault="00DF0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78C">
              <w:rPr>
                <w:rFonts w:ascii="Times New Roman" w:hAnsi="Times New Roman" w:cs="Times New Roman"/>
                <w:sz w:val="24"/>
                <w:szCs w:val="24"/>
              </w:rPr>
              <w:t>Подпис на родителя:</w:t>
            </w:r>
          </w:p>
        </w:tc>
      </w:tr>
      <w:tr w:rsidR="005457D7" w:rsidRPr="00B6578C">
        <w:trPr>
          <w:jc w:val="center"/>
        </w:trPr>
        <w:tc>
          <w:tcPr>
            <w:tcW w:w="5100" w:type="dxa"/>
          </w:tcPr>
          <w:p w:rsidR="005457D7" w:rsidRPr="00B6578C" w:rsidRDefault="00DF0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78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100" w:type="dxa"/>
          </w:tcPr>
          <w:p w:rsidR="005457D7" w:rsidRPr="00B6578C" w:rsidRDefault="00DF0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78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bookmarkEnd w:id="0"/>
    </w:tbl>
    <w:p w:rsidR="00DF08E6" w:rsidRPr="00B6578C" w:rsidRDefault="00DF08E6">
      <w:pPr>
        <w:rPr>
          <w:rFonts w:ascii="Times New Roman" w:hAnsi="Times New Roman" w:cs="Times New Roman"/>
          <w:sz w:val="24"/>
          <w:szCs w:val="24"/>
        </w:rPr>
      </w:pPr>
    </w:p>
    <w:sectPr w:rsidR="00DF08E6" w:rsidRPr="00B6578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57D7"/>
    <w:rsid w:val="005C690F"/>
    <w:rsid w:val="00AA1D8D"/>
    <w:rsid w:val="00B47730"/>
    <w:rsid w:val="00B6578C"/>
    <w:rsid w:val="00CB0664"/>
    <w:rsid w:val="00DF08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46D4D03-604E-445A-BA42-F7A2932F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6746A9-5894-4DB5-BAD6-E1CBC95A8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МАЯ</cp:lastModifiedBy>
  <cp:revision>4</cp:revision>
  <dcterms:created xsi:type="dcterms:W3CDTF">2013-12-23T23:15:00Z</dcterms:created>
  <dcterms:modified xsi:type="dcterms:W3CDTF">2026-10-07T13:12:00Z</dcterms:modified>
  <cp:category/>
</cp:coreProperties>
</file>