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F27" w:rsidRPr="00DD4F34" w:rsidRDefault="00DD4F34" w:rsidP="00DD4F34">
      <w:pPr>
        <w:spacing w:after="80" w:line="252" w:lineRule="auto"/>
        <w:jc w:val="center"/>
        <w:rPr>
          <w:rFonts w:ascii="Times New Roman" w:hAnsi="Times New Roman" w:cs="Times New Roman"/>
          <w:sz w:val="22"/>
        </w:rPr>
      </w:pPr>
      <w:r w:rsidRPr="00DD4F34">
        <w:rPr>
          <w:rFonts w:ascii="Times New Roman" w:hAnsi="Times New Roman" w:cs="Times New Roman"/>
          <w:b/>
          <w:sz w:val="22"/>
        </w:rPr>
        <w:t xml:space="preserve">ПРИЛОЖЕНИЕ №3. ДЕКЛАРАЦИЯ </w:t>
      </w:r>
    </w:p>
    <w:p w:rsidR="00DE5F27" w:rsidRPr="00DD4F34" w:rsidRDefault="00DD4F34">
      <w:pPr>
        <w:spacing w:after="80" w:line="252" w:lineRule="auto"/>
        <w:jc w:val="center"/>
        <w:rPr>
          <w:rFonts w:ascii="Times New Roman" w:hAnsi="Times New Roman" w:cs="Times New Roman"/>
          <w:sz w:val="22"/>
        </w:rPr>
      </w:pPr>
      <w:r w:rsidRPr="00DD4F34">
        <w:rPr>
          <w:rFonts w:ascii="Times New Roman" w:hAnsi="Times New Roman" w:cs="Times New Roman"/>
          <w:sz w:val="22"/>
        </w:rPr>
        <w:t>за лицата, на които може да бъде издавано детето, и за спазване на режима за лично приемане и издаване</w:t>
      </w:r>
    </w:p>
    <w:p w:rsidR="00DE5F27" w:rsidRPr="00DD4F34" w:rsidRDefault="00DE5F27">
      <w:pPr>
        <w:spacing w:after="80" w:line="252" w:lineRule="auto"/>
        <w:jc w:val="both"/>
        <w:rPr>
          <w:rFonts w:ascii="Times New Roman" w:hAnsi="Times New Roman" w:cs="Times New Roman"/>
          <w:sz w:val="22"/>
        </w:rPr>
      </w:pPr>
    </w:p>
    <w:p w:rsidR="00DE5F27" w:rsidRPr="00DD4F34" w:rsidRDefault="00DD4F34" w:rsidP="00DD4F34">
      <w:pPr>
        <w:spacing w:after="80" w:line="252" w:lineRule="auto"/>
        <w:rPr>
          <w:rFonts w:ascii="Times New Roman" w:hAnsi="Times New Roman" w:cs="Times New Roman"/>
          <w:sz w:val="22"/>
        </w:rPr>
      </w:pPr>
      <w:r w:rsidRPr="00DD4F34">
        <w:rPr>
          <w:rFonts w:ascii="Times New Roman" w:hAnsi="Times New Roman" w:cs="Times New Roman"/>
          <w:sz w:val="22"/>
        </w:rPr>
        <w:t xml:space="preserve">От </w:t>
      </w:r>
      <w:r w:rsidRPr="00DD4F34">
        <w:rPr>
          <w:rFonts w:ascii="Times New Roman" w:hAnsi="Times New Roman" w:cs="Times New Roman"/>
          <w:sz w:val="22"/>
        </w:rPr>
        <w:t xml:space="preserve">............................................................................................................................, </w:t>
      </w:r>
      <w:proofErr w:type="spellStart"/>
      <w:r w:rsidRPr="00DD4F34">
        <w:rPr>
          <w:rFonts w:ascii="Times New Roman" w:hAnsi="Times New Roman" w:cs="Times New Roman"/>
          <w:sz w:val="22"/>
        </w:rPr>
        <w:t>родител</w:t>
      </w:r>
      <w:proofErr w:type="spellEnd"/>
      <w:r w:rsidRPr="00DD4F34">
        <w:rPr>
          <w:rFonts w:ascii="Times New Roman" w:hAnsi="Times New Roman" w:cs="Times New Roman"/>
          <w:sz w:val="22"/>
        </w:rPr>
        <w:t>/</w:t>
      </w:r>
      <w:proofErr w:type="spellStart"/>
      <w:r w:rsidRPr="00DD4F34">
        <w:rPr>
          <w:rFonts w:ascii="Times New Roman" w:hAnsi="Times New Roman" w:cs="Times New Roman"/>
          <w:sz w:val="22"/>
        </w:rPr>
        <w:t>настойник</w:t>
      </w:r>
      <w:proofErr w:type="spellEnd"/>
      <w:r w:rsidRPr="00DD4F34">
        <w:rPr>
          <w:rFonts w:ascii="Times New Roman" w:hAnsi="Times New Roman" w:cs="Times New Roman"/>
          <w:sz w:val="22"/>
        </w:rPr>
        <w:t>/</w:t>
      </w:r>
      <w:proofErr w:type="spellStart"/>
      <w:r w:rsidRPr="00DD4F34">
        <w:rPr>
          <w:rFonts w:ascii="Times New Roman" w:hAnsi="Times New Roman" w:cs="Times New Roman"/>
          <w:sz w:val="22"/>
        </w:rPr>
        <w:t>попечител</w:t>
      </w:r>
      <w:proofErr w:type="spellEnd"/>
      <w:r w:rsidRPr="00DD4F3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4F34">
        <w:rPr>
          <w:rFonts w:ascii="Times New Roman" w:hAnsi="Times New Roman" w:cs="Times New Roman"/>
          <w:sz w:val="22"/>
        </w:rPr>
        <w:t>на</w:t>
      </w:r>
      <w:proofErr w:type="spellEnd"/>
      <w:r w:rsidRPr="00DD4F3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D4F34">
        <w:rPr>
          <w:rFonts w:ascii="Times New Roman" w:hAnsi="Times New Roman" w:cs="Times New Roman"/>
          <w:sz w:val="22"/>
        </w:rPr>
        <w:t>детето</w:t>
      </w:r>
      <w:proofErr w:type="spellEnd"/>
      <w:r w:rsidRPr="00DD4F34">
        <w:rPr>
          <w:rFonts w:ascii="Times New Roman" w:hAnsi="Times New Roman" w:cs="Times New Roman"/>
          <w:sz w:val="22"/>
          <w:lang w:val="bg-BG"/>
        </w:rPr>
        <w:t>:</w:t>
      </w:r>
      <w:r w:rsidRPr="00DD4F34">
        <w:rPr>
          <w:rFonts w:ascii="Times New Roman" w:hAnsi="Times New Roman" w:cs="Times New Roman"/>
          <w:sz w:val="22"/>
        </w:rPr>
        <w:t xml:space="preserve"> ............................................................................................</w:t>
      </w:r>
      <w:r w:rsidRPr="00DD4F34">
        <w:rPr>
          <w:rFonts w:ascii="Times New Roman" w:hAnsi="Times New Roman" w:cs="Times New Roman"/>
          <w:sz w:val="22"/>
        </w:rPr>
        <w:t>................................, група ..........................</w:t>
      </w:r>
    </w:p>
    <w:p w:rsidR="00DE5F27" w:rsidRPr="00DD4F34" w:rsidRDefault="00DE5F27">
      <w:pPr>
        <w:spacing w:after="80" w:line="252" w:lineRule="auto"/>
        <w:jc w:val="both"/>
        <w:rPr>
          <w:rFonts w:ascii="Times New Roman" w:hAnsi="Times New Roman" w:cs="Times New Roman"/>
          <w:sz w:val="22"/>
        </w:rPr>
      </w:pPr>
    </w:p>
    <w:p w:rsidR="00DE5F27" w:rsidRPr="00DD4F34" w:rsidRDefault="00DD4F34" w:rsidP="00DD4F34">
      <w:pPr>
        <w:spacing w:after="80" w:line="252" w:lineRule="auto"/>
        <w:jc w:val="center"/>
        <w:rPr>
          <w:rFonts w:ascii="Times New Roman" w:hAnsi="Times New Roman" w:cs="Times New Roman"/>
          <w:sz w:val="22"/>
        </w:rPr>
      </w:pPr>
      <w:bookmarkStart w:id="0" w:name="_GoBack"/>
      <w:r w:rsidRPr="00DD4F34">
        <w:rPr>
          <w:rFonts w:ascii="Times New Roman" w:hAnsi="Times New Roman" w:cs="Times New Roman"/>
          <w:b/>
          <w:sz w:val="22"/>
        </w:rPr>
        <w:t>ДЕКЛАРИРАМ</w:t>
      </w:r>
      <w:bookmarkEnd w:id="0"/>
      <w:r w:rsidRPr="00DD4F34">
        <w:rPr>
          <w:rFonts w:ascii="Times New Roman" w:hAnsi="Times New Roman" w:cs="Times New Roman"/>
          <w:b/>
          <w:sz w:val="22"/>
        </w:rPr>
        <w:t>:</w:t>
      </w:r>
    </w:p>
    <w:p w:rsidR="00DE5F27" w:rsidRPr="00DD4F34" w:rsidRDefault="00DD4F34">
      <w:pPr>
        <w:spacing w:after="80" w:line="252" w:lineRule="auto"/>
        <w:jc w:val="both"/>
        <w:rPr>
          <w:rFonts w:ascii="Times New Roman" w:hAnsi="Times New Roman" w:cs="Times New Roman"/>
          <w:sz w:val="22"/>
        </w:rPr>
      </w:pPr>
      <w:r w:rsidRPr="00DD4F34">
        <w:rPr>
          <w:rFonts w:ascii="Times New Roman" w:hAnsi="Times New Roman" w:cs="Times New Roman"/>
          <w:b/>
          <w:sz w:val="22"/>
        </w:rPr>
        <w:t>1. Запознат/а съм, че детето се ПРИЕМА ЛИЧНО от учител, медицински специалист или друго определено длъжностно лице и се ИЗДАВА ЛИЧНО на родител/настойник/попечител или на предв</w:t>
      </w:r>
      <w:r w:rsidRPr="00DD4F34">
        <w:rPr>
          <w:rFonts w:ascii="Times New Roman" w:hAnsi="Times New Roman" w:cs="Times New Roman"/>
          <w:b/>
          <w:sz w:val="22"/>
        </w:rPr>
        <w:t>арително посочено пълнолетно лице.</w:t>
      </w:r>
    </w:p>
    <w:p w:rsidR="00DE5F27" w:rsidRPr="00DD4F34" w:rsidRDefault="00DD4F34">
      <w:pPr>
        <w:spacing w:after="80" w:line="252" w:lineRule="auto"/>
        <w:jc w:val="both"/>
        <w:rPr>
          <w:rFonts w:ascii="Times New Roman" w:hAnsi="Times New Roman" w:cs="Times New Roman"/>
          <w:sz w:val="22"/>
        </w:rPr>
      </w:pPr>
      <w:r w:rsidRPr="00DD4F34">
        <w:rPr>
          <w:rFonts w:ascii="Times New Roman" w:hAnsi="Times New Roman" w:cs="Times New Roman"/>
          <w:sz w:val="22"/>
        </w:rPr>
        <w:t>2. Детето не се оставя само пред портала, входа, в двора, фоайето, коридора или друго място на територията на детската градина и не се изпраща само към групата. До фактическото лично приемане от определен служител отговор</w:t>
      </w:r>
      <w:r w:rsidRPr="00DD4F34">
        <w:rPr>
          <w:rFonts w:ascii="Times New Roman" w:hAnsi="Times New Roman" w:cs="Times New Roman"/>
          <w:sz w:val="22"/>
        </w:rPr>
        <w:t>ността за детето е на придружаващото го лице.</w:t>
      </w:r>
    </w:p>
    <w:p w:rsidR="00DE5F27" w:rsidRPr="00DD4F34" w:rsidRDefault="00DD4F34">
      <w:pPr>
        <w:spacing w:after="80" w:line="252" w:lineRule="auto"/>
        <w:jc w:val="both"/>
        <w:rPr>
          <w:rFonts w:ascii="Times New Roman" w:hAnsi="Times New Roman" w:cs="Times New Roman"/>
          <w:sz w:val="22"/>
        </w:rPr>
      </w:pPr>
      <w:r w:rsidRPr="00DD4F34">
        <w:rPr>
          <w:rFonts w:ascii="Times New Roman" w:hAnsi="Times New Roman" w:cs="Times New Roman"/>
          <w:b/>
          <w:sz w:val="22"/>
        </w:rPr>
        <w:t>3. Запознат/а съм, че обичайният сутрешен прием е до 8:30 ч. След 8:30 ч. входовете и порталите се затварят и детската градина преминава в режим на КОНТРОЛИРАН ДОСТЪП. При пристигане след 8:30 ч. по допустима п</w:t>
      </w:r>
      <w:r w:rsidRPr="00DD4F34">
        <w:rPr>
          <w:rFonts w:ascii="Times New Roman" w:hAnsi="Times New Roman" w:cs="Times New Roman"/>
          <w:b/>
          <w:sz w:val="22"/>
        </w:rPr>
        <w:t>ричина детето не се оставя само, а придружаващото пълнолетно лице изчаква то да бъде лично прието от определен служител.</w:t>
      </w:r>
    </w:p>
    <w:p w:rsidR="00DE5F27" w:rsidRPr="00DD4F34" w:rsidRDefault="00DD4F34">
      <w:pPr>
        <w:spacing w:after="80" w:line="252" w:lineRule="auto"/>
        <w:jc w:val="both"/>
        <w:rPr>
          <w:rFonts w:ascii="Times New Roman" w:hAnsi="Times New Roman" w:cs="Times New Roman"/>
          <w:sz w:val="22"/>
        </w:rPr>
      </w:pPr>
      <w:r w:rsidRPr="00DD4F34">
        <w:rPr>
          <w:rFonts w:ascii="Times New Roman" w:hAnsi="Times New Roman" w:cs="Times New Roman"/>
          <w:sz w:val="22"/>
        </w:rPr>
        <w:t>4. При издаване детето се предава лично от определен служител на разрешено пълнолетно лице. След фактическото лично издаване отговорнос</w:t>
      </w:r>
      <w:r w:rsidRPr="00DD4F34">
        <w:rPr>
          <w:rFonts w:ascii="Times New Roman" w:hAnsi="Times New Roman" w:cs="Times New Roman"/>
          <w:sz w:val="22"/>
        </w:rPr>
        <w:t>тта за детето преминава върху лицето, на което то е издадено.</w:t>
      </w:r>
    </w:p>
    <w:p w:rsidR="00DE5F27" w:rsidRPr="00DD4F34" w:rsidRDefault="00DD4F34" w:rsidP="00DD4F34">
      <w:pPr>
        <w:spacing w:after="0"/>
        <w:rPr>
          <w:rFonts w:ascii="Times New Roman" w:hAnsi="Times New Roman" w:cs="Times New Roman"/>
          <w:sz w:val="22"/>
        </w:rPr>
      </w:pPr>
      <w:r w:rsidRPr="00DD4F34">
        <w:rPr>
          <w:rFonts w:ascii="Times New Roman" w:hAnsi="Times New Roman" w:cs="Times New Roman"/>
          <w:b/>
          <w:sz w:val="22"/>
        </w:rPr>
        <w:t>5. Запознат/а съм, че детето НЕ СЕ ИЗДАВА НА НЕПЪЛНОЛЕТНО ЛИЦЕ</w:t>
      </w:r>
      <w:r w:rsidRPr="00DD4F34">
        <w:rPr>
          <w:rFonts w:ascii="Times New Roman" w:hAnsi="Times New Roman" w:cs="Times New Roman"/>
          <w:b/>
          <w:sz w:val="22"/>
        </w:rPr>
        <w:t xml:space="preserve">, </w:t>
      </w:r>
      <w:proofErr w:type="spellStart"/>
      <w:r w:rsidRPr="00DD4F34">
        <w:rPr>
          <w:rFonts w:ascii="Times New Roman" w:hAnsi="Times New Roman" w:cs="Times New Roman"/>
          <w:b/>
          <w:sz w:val="22"/>
        </w:rPr>
        <w:t>независимо</w:t>
      </w:r>
      <w:proofErr w:type="spellEnd"/>
      <w:r w:rsidRPr="00DD4F34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DD4F34">
        <w:rPr>
          <w:rFonts w:ascii="Times New Roman" w:hAnsi="Times New Roman" w:cs="Times New Roman"/>
          <w:b/>
          <w:sz w:val="22"/>
        </w:rPr>
        <w:t>от</w:t>
      </w:r>
      <w:proofErr w:type="spellEnd"/>
      <w:r w:rsidRPr="00DD4F34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DD4F34">
        <w:rPr>
          <w:rFonts w:ascii="Times New Roman" w:hAnsi="Times New Roman" w:cs="Times New Roman"/>
          <w:b/>
          <w:sz w:val="22"/>
        </w:rPr>
        <w:t>родствената</w:t>
      </w:r>
      <w:proofErr w:type="spellEnd"/>
      <w:r w:rsidRPr="00DD4F34">
        <w:rPr>
          <w:rFonts w:ascii="Times New Roman" w:hAnsi="Times New Roman" w:cs="Times New Roman"/>
          <w:b/>
          <w:sz w:val="22"/>
        </w:rPr>
        <w:t xml:space="preserve"> връзка, близостта на дома, устно или телефонно нареждане н</w:t>
      </w:r>
      <w:r w:rsidRPr="00DD4F34">
        <w:rPr>
          <w:rFonts w:ascii="Times New Roman" w:hAnsi="Times New Roman" w:cs="Times New Roman"/>
          <w:b/>
          <w:sz w:val="22"/>
        </w:rPr>
        <w:t>а родителя или друга неформална уговорка.</w:t>
      </w:r>
    </w:p>
    <w:p w:rsidR="00DE5F27" w:rsidRPr="00DD4F34" w:rsidRDefault="00DD4F34" w:rsidP="00DD4F34">
      <w:pPr>
        <w:spacing w:after="0" w:line="252" w:lineRule="auto"/>
        <w:jc w:val="both"/>
        <w:rPr>
          <w:rFonts w:ascii="Times New Roman" w:hAnsi="Times New Roman" w:cs="Times New Roman"/>
          <w:sz w:val="22"/>
        </w:rPr>
      </w:pPr>
      <w:r w:rsidRPr="00DD4F34">
        <w:rPr>
          <w:rFonts w:ascii="Times New Roman" w:hAnsi="Times New Roman" w:cs="Times New Roman"/>
          <w:sz w:val="22"/>
        </w:rPr>
        <w:t>6. Няма да инструктирам детето да влиза или излиза само и няма да изисквам то да бъде изпращано само до портал, улица, автомобил, такси или друго външно място.</w:t>
      </w:r>
    </w:p>
    <w:p w:rsidR="00DE5F27" w:rsidRPr="00DD4F34" w:rsidRDefault="00DD4F34">
      <w:pPr>
        <w:spacing w:after="80" w:line="252" w:lineRule="auto"/>
        <w:jc w:val="both"/>
        <w:rPr>
          <w:rFonts w:ascii="Times New Roman" w:hAnsi="Times New Roman" w:cs="Times New Roman"/>
          <w:sz w:val="22"/>
        </w:rPr>
      </w:pPr>
      <w:r w:rsidRPr="00DD4F34">
        <w:rPr>
          <w:rFonts w:ascii="Times New Roman" w:hAnsi="Times New Roman" w:cs="Times New Roman"/>
          <w:sz w:val="22"/>
        </w:rPr>
        <w:t>7. При непознато за служителя лице съм съгласен/на дет</w:t>
      </w:r>
      <w:r w:rsidRPr="00DD4F34">
        <w:rPr>
          <w:rFonts w:ascii="Times New Roman" w:hAnsi="Times New Roman" w:cs="Times New Roman"/>
          <w:sz w:val="22"/>
        </w:rPr>
        <w:t>ската градина да извърши необходимата проверка на самоличността и правото му да вземе детето преди издаването.</w:t>
      </w:r>
    </w:p>
    <w:p w:rsidR="00DD4F34" w:rsidRDefault="00DD4F34">
      <w:pPr>
        <w:spacing w:after="80" w:line="252" w:lineRule="auto"/>
        <w:jc w:val="both"/>
        <w:rPr>
          <w:rFonts w:ascii="Times New Roman" w:hAnsi="Times New Roman" w:cs="Times New Roman"/>
          <w:sz w:val="22"/>
        </w:rPr>
      </w:pPr>
      <w:r w:rsidRPr="00DD4F34">
        <w:rPr>
          <w:rFonts w:ascii="Times New Roman" w:hAnsi="Times New Roman" w:cs="Times New Roman"/>
          <w:sz w:val="22"/>
        </w:rPr>
        <w:t xml:space="preserve">8. При промяна на лицата, на които детето може да бъде издавано, ще уведомя детската градина предварително по установения ред. </w:t>
      </w:r>
    </w:p>
    <w:p w:rsidR="00DE5F27" w:rsidRPr="00DD4F34" w:rsidRDefault="00DD4F34">
      <w:pPr>
        <w:spacing w:after="80" w:line="252" w:lineRule="auto"/>
        <w:jc w:val="both"/>
        <w:rPr>
          <w:rFonts w:ascii="Times New Roman" w:hAnsi="Times New Roman" w:cs="Times New Roman"/>
          <w:sz w:val="22"/>
        </w:rPr>
      </w:pPr>
      <w:r w:rsidRPr="00DD4F34">
        <w:rPr>
          <w:rFonts w:ascii="Times New Roman" w:hAnsi="Times New Roman" w:cs="Times New Roman"/>
          <w:b/>
          <w:sz w:val="22"/>
        </w:rPr>
        <w:t>ПОСОЧВАМ СЛЕДНИТЕ ПЪЛНОЛЕТНИ ЛИЦА, НА КОИТО ДЕТЕТО МОЖЕ ДА БЪДЕ ИЗДАВАНО:</w:t>
      </w:r>
    </w:p>
    <w:p w:rsidR="00DE5F27" w:rsidRPr="00DD4F34" w:rsidRDefault="00DD4F34">
      <w:pPr>
        <w:spacing w:after="80" w:line="252" w:lineRule="auto"/>
        <w:jc w:val="both"/>
        <w:rPr>
          <w:rFonts w:ascii="Times New Roman" w:hAnsi="Times New Roman" w:cs="Times New Roman"/>
          <w:sz w:val="22"/>
        </w:rPr>
      </w:pPr>
      <w:r w:rsidRPr="00DD4F34">
        <w:rPr>
          <w:rFonts w:ascii="Times New Roman" w:hAnsi="Times New Roman" w:cs="Times New Roman"/>
          <w:sz w:val="22"/>
        </w:rPr>
        <w:t>1. ....................................................................................................  Тел.: ..........</w:t>
      </w:r>
      <w:r w:rsidRPr="00DD4F34">
        <w:rPr>
          <w:rFonts w:ascii="Times New Roman" w:hAnsi="Times New Roman" w:cs="Times New Roman"/>
          <w:sz w:val="22"/>
        </w:rPr>
        <w:t>..............................  Връзка с детето: ........................................</w:t>
      </w:r>
    </w:p>
    <w:p w:rsidR="00DE5F27" w:rsidRPr="00DD4F34" w:rsidRDefault="00DD4F34">
      <w:pPr>
        <w:spacing w:after="80" w:line="252" w:lineRule="auto"/>
        <w:jc w:val="both"/>
        <w:rPr>
          <w:rFonts w:ascii="Times New Roman" w:hAnsi="Times New Roman" w:cs="Times New Roman"/>
          <w:sz w:val="22"/>
        </w:rPr>
      </w:pPr>
      <w:r w:rsidRPr="00DD4F34">
        <w:rPr>
          <w:rFonts w:ascii="Times New Roman" w:hAnsi="Times New Roman" w:cs="Times New Roman"/>
          <w:sz w:val="22"/>
        </w:rPr>
        <w:t>2. ....................................................................................................  Тел.: ........................................  Връзка с дете</w:t>
      </w:r>
      <w:r w:rsidRPr="00DD4F34">
        <w:rPr>
          <w:rFonts w:ascii="Times New Roman" w:hAnsi="Times New Roman" w:cs="Times New Roman"/>
          <w:sz w:val="22"/>
        </w:rPr>
        <w:t>то: ........................................</w:t>
      </w:r>
    </w:p>
    <w:p w:rsidR="00DE5F27" w:rsidRPr="00DD4F34" w:rsidRDefault="00DD4F34">
      <w:pPr>
        <w:spacing w:after="80" w:line="252" w:lineRule="auto"/>
        <w:jc w:val="both"/>
        <w:rPr>
          <w:rFonts w:ascii="Times New Roman" w:hAnsi="Times New Roman" w:cs="Times New Roman"/>
          <w:sz w:val="22"/>
        </w:rPr>
      </w:pPr>
      <w:r w:rsidRPr="00DD4F34">
        <w:rPr>
          <w:rFonts w:ascii="Times New Roman" w:hAnsi="Times New Roman" w:cs="Times New Roman"/>
          <w:sz w:val="22"/>
        </w:rPr>
        <w:t>3. ....................................................................................................  Тел.: ........................................  Връзка с детето: ........................................</w:t>
      </w:r>
    </w:p>
    <w:p w:rsidR="00DE5F27" w:rsidRPr="00DD4F34" w:rsidRDefault="00DD4F34">
      <w:pPr>
        <w:spacing w:after="80" w:line="252" w:lineRule="auto"/>
        <w:jc w:val="both"/>
        <w:rPr>
          <w:rFonts w:ascii="Times New Roman" w:hAnsi="Times New Roman" w:cs="Times New Roman"/>
          <w:sz w:val="22"/>
        </w:rPr>
      </w:pPr>
      <w:r w:rsidRPr="00DD4F34">
        <w:rPr>
          <w:rFonts w:ascii="Times New Roman" w:hAnsi="Times New Roman" w:cs="Times New Roman"/>
          <w:sz w:val="22"/>
        </w:rPr>
        <w:t>4. ....................................................................................................  Тел.: ........................................  Връзка с детето: ........................................</w:t>
      </w:r>
    </w:p>
    <w:p w:rsidR="00DE5F27" w:rsidRPr="00DD4F34" w:rsidRDefault="00DE5F27">
      <w:pPr>
        <w:spacing w:after="80" w:line="252" w:lineRule="auto"/>
        <w:jc w:val="both"/>
        <w:rPr>
          <w:rFonts w:ascii="Times New Roman" w:hAnsi="Times New Roman" w:cs="Times New Roman"/>
          <w:sz w:val="22"/>
        </w:rPr>
      </w:pPr>
    </w:p>
    <w:p w:rsidR="00DE5F27" w:rsidRPr="00DD4F34" w:rsidRDefault="00DD4F34">
      <w:pPr>
        <w:spacing w:after="80" w:line="252" w:lineRule="auto"/>
        <w:jc w:val="both"/>
        <w:rPr>
          <w:rFonts w:ascii="Times New Roman" w:hAnsi="Times New Roman" w:cs="Times New Roman"/>
          <w:sz w:val="22"/>
        </w:rPr>
      </w:pPr>
      <w:r w:rsidRPr="00DD4F34">
        <w:rPr>
          <w:rFonts w:ascii="Times New Roman" w:hAnsi="Times New Roman" w:cs="Times New Roman"/>
          <w:sz w:val="22"/>
        </w:rPr>
        <w:t>Декларирам, че посочените от мен лица са пъл</w:t>
      </w:r>
      <w:r w:rsidRPr="00DD4F34">
        <w:rPr>
          <w:rFonts w:ascii="Times New Roman" w:hAnsi="Times New Roman" w:cs="Times New Roman"/>
          <w:sz w:val="22"/>
        </w:rPr>
        <w:t>нолетни и че предоставената информация е вярна. Задължавам се своевременно да уведомя детската градина при промяна.</w:t>
      </w:r>
    </w:p>
    <w:p w:rsidR="00DE5F27" w:rsidRPr="00DD4F34" w:rsidRDefault="00DE5F27">
      <w:pPr>
        <w:spacing w:after="80" w:line="252" w:lineRule="auto"/>
        <w:jc w:val="both"/>
        <w:rPr>
          <w:rFonts w:ascii="Times New Roman" w:hAnsi="Times New Roman" w:cs="Times New Roman"/>
          <w:sz w:val="22"/>
        </w:rPr>
      </w:pPr>
    </w:p>
    <w:p w:rsidR="00DE5F27" w:rsidRPr="00DD4F34" w:rsidRDefault="00DD4F34">
      <w:pPr>
        <w:spacing w:after="80" w:line="252" w:lineRule="auto"/>
        <w:jc w:val="both"/>
        <w:rPr>
          <w:rFonts w:ascii="Times New Roman" w:hAnsi="Times New Roman" w:cs="Times New Roman"/>
          <w:sz w:val="22"/>
        </w:rPr>
      </w:pPr>
      <w:r w:rsidRPr="00DD4F34">
        <w:rPr>
          <w:rFonts w:ascii="Times New Roman" w:hAnsi="Times New Roman" w:cs="Times New Roman"/>
          <w:sz w:val="22"/>
        </w:rPr>
        <w:t>Дата: ...............................                                      Декларатор: ....................................................</w:t>
      </w:r>
      <w:r w:rsidRPr="00DD4F34">
        <w:rPr>
          <w:rFonts w:ascii="Times New Roman" w:hAnsi="Times New Roman" w:cs="Times New Roman"/>
          <w:sz w:val="22"/>
        </w:rPr>
        <w:t>....</w:t>
      </w:r>
    </w:p>
    <w:p w:rsidR="00DE5F27" w:rsidRPr="00DD4F34" w:rsidRDefault="00DD4F34">
      <w:pPr>
        <w:spacing w:after="80" w:line="252" w:lineRule="auto"/>
        <w:jc w:val="both"/>
        <w:rPr>
          <w:rFonts w:ascii="Times New Roman" w:hAnsi="Times New Roman" w:cs="Times New Roman"/>
          <w:sz w:val="22"/>
        </w:rPr>
      </w:pPr>
      <w:r w:rsidRPr="00DD4F34">
        <w:rPr>
          <w:rFonts w:ascii="Times New Roman" w:hAnsi="Times New Roman" w:cs="Times New Roman"/>
          <w:sz w:val="22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2"/>
          <w:lang w:val="bg-BG"/>
        </w:rPr>
        <w:t xml:space="preserve">                  </w:t>
      </w:r>
      <w:r w:rsidRPr="00DD4F34">
        <w:rPr>
          <w:rFonts w:ascii="Times New Roman" w:hAnsi="Times New Roman" w:cs="Times New Roman"/>
          <w:sz w:val="22"/>
        </w:rPr>
        <w:t>/</w:t>
      </w:r>
      <w:proofErr w:type="spellStart"/>
      <w:r w:rsidRPr="00DD4F34">
        <w:rPr>
          <w:rFonts w:ascii="Times New Roman" w:hAnsi="Times New Roman" w:cs="Times New Roman"/>
          <w:sz w:val="22"/>
        </w:rPr>
        <w:t>име</w:t>
      </w:r>
      <w:proofErr w:type="spellEnd"/>
      <w:r w:rsidRPr="00DD4F34">
        <w:rPr>
          <w:rFonts w:ascii="Times New Roman" w:hAnsi="Times New Roman" w:cs="Times New Roman"/>
          <w:sz w:val="22"/>
        </w:rPr>
        <w:t xml:space="preserve"> и </w:t>
      </w:r>
      <w:proofErr w:type="spellStart"/>
      <w:r w:rsidRPr="00DD4F34">
        <w:rPr>
          <w:rFonts w:ascii="Times New Roman" w:hAnsi="Times New Roman" w:cs="Times New Roman"/>
          <w:sz w:val="22"/>
        </w:rPr>
        <w:t>подпис</w:t>
      </w:r>
      <w:proofErr w:type="spellEnd"/>
      <w:r w:rsidRPr="00DD4F34">
        <w:rPr>
          <w:rFonts w:ascii="Times New Roman" w:hAnsi="Times New Roman" w:cs="Times New Roman"/>
          <w:sz w:val="22"/>
        </w:rPr>
        <w:t>/</w:t>
      </w:r>
    </w:p>
    <w:sectPr w:rsidR="00DE5F27" w:rsidRPr="00DD4F34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D4F34"/>
    <w:rsid w:val="00DE5F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51EA3F"/>
  <w14:defaultImageDpi w14:val="300"/>
  <w15:docId w15:val="{A3571EC6-C4C9-461A-B986-99FDF1CE4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FD6CFC-3CA3-4C5F-BCBD-91BDB221E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МАЯ</cp:lastModifiedBy>
  <cp:revision>2</cp:revision>
  <dcterms:created xsi:type="dcterms:W3CDTF">2013-12-23T23:15:00Z</dcterms:created>
  <dcterms:modified xsi:type="dcterms:W3CDTF">2026-10-05T12:39:00Z</dcterms:modified>
  <cp:category/>
</cp:coreProperties>
</file>